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25015" w14:textId="7AEF9F53" w:rsidR="00C073B9" w:rsidRPr="0039524E" w:rsidRDefault="002077F5">
      <w:pPr>
        <w:jc w:val="right"/>
      </w:pPr>
      <w:proofErr w:type="spellStart"/>
      <w:r w:rsidRPr="0039524E">
        <w:t>Veeseaduse</w:t>
      </w:r>
      <w:proofErr w:type="spellEnd"/>
      <w:r w:rsidRPr="0039524E">
        <w:t xml:space="preserve"> ja </w:t>
      </w:r>
      <w:proofErr w:type="spellStart"/>
      <w:r w:rsidRPr="0039524E">
        <w:t>teiste</w:t>
      </w:r>
      <w:proofErr w:type="spellEnd"/>
      <w:r w:rsidRPr="0039524E">
        <w:t xml:space="preserve"> </w:t>
      </w:r>
      <w:proofErr w:type="spellStart"/>
      <w:r w:rsidRPr="0039524E">
        <w:t>seaduste</w:t>
      </w:r>
      <w:proofErr w:type="spellEnd"/>
      <w:r w:rsidRPr="0039524E">
        <w:t xml:space="preserve"> </w:t>
      </w:r>
      <w:proofErr w:type="spellStart"/>
      <w:r w:rsidRPr="0039524E">
        <w:t>muutmise</w:t>
      </w:r>
      <w:proofErr w:type="spellEnd"/>
      <w:r w:rsidRPr="0039524E">
        <w:t xml:space="preserve"> </w:t>
      </w:r>
      <w:proofErr w:type="spellStart"/>
      <w:r w:rsidRPr="0039524E">
        <w:t>seaduse</w:t>
      </w:r>
      <w:proofErr w:type="spellEnd"/>
      <w:r w:rsidRPr="0039524E">
        <w:t xml:space="preserve"> </w:t>
      </w:r>
      <w:proofErr w:type="spellStart"/>
      <w:r w:rsidRPr="0039524E">
        <w:t>eelnõu</w:t>
      </w:r>
      <w:proofErr w:type="spellEnd"/>
      <w:r w:rsidRPr="0039524E">
        <w:t xml:space="preserve"> </w:t>
      </w:r>
      <w:proofErr w:type="spellStart"/>
      <w:r w:rsidRPr="0039524E">
        <w:t>seletuskirja</w:t>
      </w:r>
      <w:proofErr w:type="spellEnd"/>
      <w:r w:rsidRPr="0039524E">
        <w:t xml:space="preserve"> </w:t>
      </w:r>
      <w:proofErr w:type="spellStart"/>
      <w:r w:rsidRPr="0039524E">
        <w:t>juurde</w:t>
      </w:r>
      <w:proofErr w:type="spellEnd"/>
    </w:p>
    <w:p w14:paraId="7597092C" w14:textId="09AEDAC1" w:rsidR="00C073B9" w:rsidRPr="0039524E" w:rsidRDefault="002077F5">
      <w:pPr>
        <w:jc w:val="right"/>
      </w:pPr>
      <w:r w:rsidRPr="0039524E">
        <w:t xml:space="preserve">Lisa </w:t>
      </w:r>
      <w:r w:rsidR="009F3BD4" w:rsidRPr="0039524E">
        <w:t>2</w:t>
      </w:r>
    </w:p>
    <w:p w14:paraId="3E47CB21" w14:textId="77777777" w:rsidR="00C073B9" w:rsidRPr="0039524E" w:rsidRDefault="002077F5">
      <w:pPr>
        <w:jc w:val="center"/>
      </w:pPr>
      <w:proofErr w:type="spellStart"/>
      <w:r w:rsidRPr="0039524E">
        <w:rPr>
          <w:b/>
          <w:sz w:val="26"/>
        </w:rPr>
        <w:t>Euroopa</w:t>
      </w:r>
      <w:proofErr w:type="spellEnd"/>
      <w:r w:rsidRPr="0039524E">
        <w:rPr>
          <w:b/>
          <w:sz w:val="26"/>
        </w:rPr>
        <w:t xml:space="preserve"> </w:t>
      </w:r>
      <w:proofErr w:type="spellStart"/>
      <w:r w:rsidRPr="0039524E">
        <w:rPr>
          <w:b/>
          <w:sz w:val="26"/>
        </w:rPr>
        <w:t>Parlamendi</w:t>
      </w:r>
      <w:proofErr w:type="spellEnd"/>
      <w:r w:rsidRPr="0039524E">
        <w:rPr>
          <w:b/>
          <w:sz w:val="26"/>
        </w:rPr>
        <w:t xml:space="preserve"> ja </w:t>
      </w:r>
      <w:proofErr w:type="spellStart"/>
      <w:r w:rsidRPr="0039524E">
        <w:rPr>
          <w:b/>
          <w:sz w:val="26"/>
        </w:rPr>
        <w:t>nõukogu</w:t>
      </w:r>
      <w:proofErr w:type="spellEnd"/>
      <w:r w:rsidRPr="0039524E">
        <w:rPr>
          <w:b/>
          <w:sz w:val="26"/>
        </w:rPr>
        <w:t xml:space="preserve"> </w:t>
      </w:r>
      <w:proofErr w:type="spellStart"/>
      <w:r w:rsidRPr="0039524E">
        <w:rPr>
          <w:b/>
          <w:sz w:val="26"/>
        </w:rPr>
        <w:t>direktiivi</w:t>
      </w:r>
      <w:proofErr w:type="spellEnd"/>
      <w:r w:rsidRPr="0039524E">
        <w:rPr>
          <w:b/>
          <w:sz w:val="26"/>
        </w:rPr>
        <w:t xml:space="preserve"> (EL) 2020/2184 </w:t>
      </w:r>
      <w:proofErr w:type="spellStart"/>
      <w:r w:rsidRPr="0039524E">
        <w:rPr>
          <w:b/>
          <w:sz w:val="26"/>
        </w:rPr>
        <w:t>olmevee</w:t>
      </w:r>
      <w:proofErr w:type="spellEnd"/>
      <w:r w:rsidRPr="0039524E">
        <w:rPr>
          <w:b/>
          <w:sz w:val="26"/>
        </w:rPr>
        <w:t xml:space="preserve"> </w:t>
      </w:r>
      <w:proofErr w:type="spellStart"/>
      <w:r w:rsidRPr="0039524E">
        <w:rPr>
          <w:b/>
          <w:sz w:val="26"/>
        </w:rPr>
        <w:t>kvaliteedi</w:t>
      </w:r>
      <w:proofErr w:type="spellEnd"/>
      <w:r w:rsidRPr="0039524E">
        <w:rPr>
          <w:b/>
          <w:sz w:val="26"/>
        </w:rPr>
        <w:t xml:space="preserve"> kohta Eesti </w:t>
      </w:r>
      <w:proofErr w:type="spellStart"/>
      <w:r w:rsidRPr="0039524E">
        <w:rPr>
          <w:b/>
          <w:sz w:val="26"/>
        </w:rPr>
        <w:t>õigusaktide</w:t>
      </w:r>
      <w:proofErr w:type="spellEnd"/>
      <w:r w:rsidRPr="0039524E">
        <w:rPr>
          <w:b/>
          <w:sz w:val="26"/>
        </w:rPr>
        <w:t xml:space="preserve"> </w:t>
      </w:r>
      <w:proofErr w:type="spellStart"/>
      <w:r w:rsidRPr="0039524E">
        <w:rPr>
          <w:b/>
          <w:sz w:val="26"/>
        </w:rPr>
        <w:t>vastavustabel</w:t>
      </w:r>
      <w:proofErr w:type="spellEnd"/>
    </w:p>
    <w:p w14:paraId="63488B6D" w14:textId="77777777" w:rsidR="00C073B9" w:rsidRPr="0039524E" w:rsidRDefault="002077F5">
      <w:proofErr w:type="spellStart"/>
      <w:r w:rsidRPr="0039524E">
        <w:rPr>
          <w:sz w:val="24"/>
        </w:rPr>
        <w:t>Euroopa</w:t>
      </w:r>
      <w:proofErr w:type="spellEnd"/>
      <w:r w:rsidRPr="0039524E">
        <w:rPr>
          <w:sz w:val="24"/>
        </w:rPr>
        <w:t xml:space="preserve"> </w:t>
      </w:r>
      <w:proofErr w:type="spellStart"/>
      <w:r w:rsidRPr="0039524E">
        <w:rPr>
          <w:sz w:val="24"/>
        </w:rPr>
        <w:t>Parlamendi</w:t>
      </w:r>
      <w:proofErr w:type="spellEnd"/>
      <w:r w:rsidRPr="0039524E">
        <w:rPr>
          <w:sz w:val="24"/>
        </w:rPr>
        <w:t xml:space="preserve"> ja </w:t>
      </w:r>
      <w:proofErr w:type="spellStart"/>
      <w:r w:rsidRPr="0039524E">
        <w:rPr>
          <w:sz w:val="24"/>
        </w:rPr>
        <w:t>nõukogu</w:t>
      </w:r>
      <w:proofErr w:type="spellEnd"/>
      <w:r w:rsidRPr="0039524E">
        <w:rPr>
          <w:sz w:val="24"/>
        </w:rPr>
        <w:t xml:space="preserve"> </w:t>
      </w:r>
      <w:proofErr w:type="spellStart"/>
      <w:r w:rsidRPr="0039524E">
        <w:rPr>
          <w:sz w:val="24"/>
        </w:rPr>
        <w:t>direktiiv</w:t>
      </w:r>
      <w:proofErr w:type="spellEnd"/>
      <w:r w:rsidRPr="0039524E">
        <w:rPr>
          <w:sz w:val="24"/>
        </w:rPr>
        <w:t xml:space="preserve"> (EL) 2020/2184 </w:t>
      </w:r>
      <w:proofErr w:type="spellStart"/>
      <w:r w:rsidRPr="0039524E">
        <w:rPr>
          <w:sz w:val="24"/>
        </w:rPr>
        <w:t>olmevee</w:t>
      </w:r>
      <w:proofErr w:type="spellEnd"/>
      <w:r w:rsidRPr="0039524E">
        <w:rPr>
          <w:sz w:val="24"/>
        </w:rPr>
        <w:t xml:space="preserve"> </w:t>
      </w:r>
      <w:proofErr w:type="spellStart"/>
      <w:r w:rsidRPr="0039524E">
        <w:rPr>
          <w:sz w:val="24"/>
        </w:rPr>
        <w:t>kvaliteedi</w:t>
      </w:r>
      <w:proofErr w:type="spellEnd"/>
      <w:r w:rsidRPr="0039524E">
        <w:rPr>
          <w:sz w:val="24"/>
        </w:rPr>
        <w:t xml:space="preserve"> kohta.</w:t>
      </w:r>
    </w:p>
    <w:p w14:paraId="7119B7A6" w14:textId="00F594E5" w:rsidR="00C073B9" w:rsidRPr="0039524E" w:rsidRDefault="00D01EB2">
      <w:hyperlink r:id="rId8" w:history="1">
        <w:proofErr w:type="spellStart"/>
        <w:r w:rsidRPr="0039524E">
          <w:rPr>
            <w:rStyle w:val="Hperlink"/>
          </w:rPr>
          <w:t>Direktiiv</w:t>
        </w:r>
        <w:proofErr w:type="spellEnd"/>
        <w:r w:rsidRPr="0039524E">
          <w:rPr>
            <w:rStyle w:val="Hperlink"/>
          </w:rPr>
          <w:t xml:space="preserve"> - 2020/2184 - ET - EUR-Lex</w:t>
        </w:r>
      </w:hyperlink>
      <w:r w:rsidRPr="0039524E"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587"/>
        <w:gridCol w:w="7371"/>
        <w:gridCol w:w="3628"/>
      </w:tblGrid>
      <w:tr w:rsidR="00C073B9" w:rsidRPr="0039524E" w14:paraId="3E3DA0AF" w14:textId="77777777">
        <w:trPr>
          <w:tblHeader/>
          <w:jc w:val="center"/>
        </w:trPr>
        <w:tc>
          <w:tcPr>
            <w:tcW w:w="2835" w:type="dxa"/>
            <w:vAlign w:val="center"/>
          </w:tcPr>
          <w:p w14:paraId="02A76075" w14:textId="77777777" w:rsidR="00C073B9" w:rsidRPr="0039524E" w:rsidRDefault="002077F5">
            <w:pPr>
              <w:spacing w:after="0"/>
              <w:jc w:val="center"/>
            </w:pPr>
            <w:r w:rsidRPr="0039524E">
              <w:rPr>
                <w:b/>
              </w:rPr>
              <w:t>EL-</w:t>
            </w:r>
            <w:proofErr w:type="spellStart"/>
            <w:r w:rsidRPr="0039524E">
              <w:rPr>
                <w:b/>
              </w:rPr>
              <w:t>i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õigusakti</w:t>
            </w:r>
            <w:proofErr w:type="spellEnd"/>
            <w:r w:rsidRPr="0039524E">
              <w:rPr>
                <w:b/>
              </w:rPr>
              <w:t xml:space="preserve"> norm</w:t>
            </w:r>
          </w:p>
        </w:tc>
        <w:tc>
          <w:tcPr>
            <w:tcW w:w="1587" w:type="dxa"/>
            <w:vAlign w:val="center"/>
          </w:tcPr>
          <w:p w14:paraId="6A2C1370" w14:textId="77777777" w:rsidR="00C073B9" w:rsidRPr="0039524E" w:rsidRDefault="002077F5">
            <w:pPr>
              <w:spacing w:after="0"/>
              <w:jc w:val="center"/>
            </w:pPr>
            <w:r w:rsidRPr="0039524E">
              <w:rPr>
                <w:b/>
              </w:rPr>
              <w:t>EL-</w:t>
            </w:r>
            <w:proofErr w:type="spellStart"/>
            <w:r w:rsidRPr="0039524E">
              <w:rPr>
                <w:b/>
              </w:rPr>
              <w:t>i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õigusakti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normi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ülevõtmise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kohustus</w:t>
            </w:r>
            <w:proofErr w:type="spellEnd"/>
          </w:p>
        </w:tc>
        <w:tc>
          <w:tcPr>
            <w:tcW w:w="7371" w:type="dxa"/>
            <w:vAlign w:val="center"/>
          </w:tcPr>
          <w:p w14:paraId="37F28C9A" w14:textId="77777777" w:rsidR="00C073B9" w:rsidRPr="0039524E" w:rsidRDefault="002077F5">
            <w:pPr>
              <w:spacing w:after="0"/>
              <w:jc w:val="center"/>
            </w:pPr>
            <w:r w:rsidRPr="0039524E">
              <w:rPr>
                <w:b/>
              </w:rPr>
              <w:t>EL-</w:t>
            </w:r>
            <w:proofErr w:type="spellStart"/>
            <w:r w:rsidRPr="0039524E">
              <w:rPr>
                <w:b/>
              </w:rPr>
              <w:t>i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õigusakti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normi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sisuliseks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rakendamiseks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kehtestatavad</w:t>
            </w:r>
            <w:proofErr w:type="spellEnd"/>
            <w:r w:rsidRPr="0039524E">
              <w:rPr>
                <w:b/>
              </w:rPr>
              <w:t xml:space="preserve"> ja </w:t>
            </w:r>
            <w:proofErr w:type="spellStart"/>
            <w:r w:rsidRPr="0039524E">
              <w:rPr>
                <w:b/>
              </w:rPr>
              <w:t>kehtivad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riigisisesed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õigusaktid</w:t>
            </w:r>
            <w:proofErr w:type="spellEnd"/>
          </w:p>
        </w:tc>
        <w:tc>
          <w:tcPr>
            <w:tcW w:w="3628" w:type="dxa"/>
            <w:vAlign w:val="center"/>
          </w:tcPr>
          <w:p w14:paraId="6F08C36A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rPr>
                <w:b/>
              </w:rPr>
              <w:t>Kommentaarid</w:t>
            </w:r>
            <w:proofErr w:type="spellEnd"/>
          </w:p>
        </w:tc>
      </w:tr>
      <w:tr w:rsidR="00C073B9" w:rsidRPr="0039524E" w14:paraId="51CC171E" w14:textId="77777777">
        <w:trPr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5D4A380F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rPr>
                <w:b/>
              </w:rPr>
              <w:t>Artikkel</w:t>
            </w:r>
            <w:proofErr w:type="spellEnd"/>
            <w:r w:rsidRPr="0039524E">
              <w:rPr>
                <w:b/>
              </w:rPr>
              <w:t xml:space="preserve"> 11 ja </w:t>
            </w:r>
            <w:proofErr w:type="spellStart"/>
            <w:r w:rsidRPr="0039524E">
              <w:rPr>
                <w:b/>
              </w:rPr>
              <w:t>selle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aktid</w:t>
            </w:r>
            <w:proofErr w:type="spellEnd"/>
          </w:p>
        </w:tc>
        <w:tc>
          <w:tcPr>
            <w:tcW w:w="1587" w:type="dxa"/>
            <w:shd w:val="clear" w:color="auto" w:fill="D9D9D9"/>
            <w:vAlign w:val="center"/>
          </w:tcPr>
          <w:p w14:paraId="0355732A" w14:textId="77777777" w:rsidR="00C073B9" w:rsidRPr="0039524E" w:rsidRDefault="00C073B9">
            <w:pPr>
              <w:spacing w:after="0"/>
              <w:jc w:val="center"/>
            </w:pPr>
          </w:p>
        </w:tc>
        <w:tc>
          <w:tcPr>
            <w:tcW w:w="7371" w:type="dxa"/>
            <w:shd w:val="clear" w:color="auto" w:fill="D9D9D9"/>
            <w:vAlign w:val="center"/>
          </w:tcPr>
          <w:p w14:paraId="002FD253" w14:textId="77777777" w:rsidR="00C073B9" w:rsidRPr="0039524E" w:rsidRDefault="00C073B9">
            <w:pPr>
              <w:spacing w:after="0"/>
              <w:jc w:val="center"/>
            </w:pPr>
          </w:p>
        </w:tc>
        <w:tc>
          <w:tcPr>
            <w:tcW w:w="3628" w:type="dxa"/>
            <w:shd w:val="clear" w:color="auto" w:fill="D9D9D9"/>
            <w:vAlign w:val="center"/>
          </w:tcPr>
          <w:p w14:paraId="45A4793E" w14:textId="77777777" w:rsidR="00C073B9" w:rsidRPr="0039524E" w:rsidRDefault="00C073B9">
            <w:pPr>
              <w:spacing w:after="0"/>
              <w:jc w:val="center"/>
            </w:pPr>
          </w:p>
        </w:tc>
      </w:tr>
      <w:tr w:rsidR="00C073B9" w:rsidRPr="0039524E" w14:paraId="50CB6BD5" w14:textId="77777777">
        <w:trPr>
          <w:jc w:val="center"/>
        </w:trPr>
        <w:tc>
          <w:tcPr>
            <w:tcW w:w="2835" w:type="dxa"/>
          </w:tcPr>
          <w:p w14:paraId="1D9FA8BA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Artikkel</w:t>
            </w:r>
            <w:proofErr w:type="spellEnd"/>
            <w:r w:rsidRPr="0039524E">
              <w:t xml:space="preserve"> 11 lg 1</w:t>
            </w:r>
          </w:p>
        </w:tc>
        <w:tc>
          <w:tcPr>
            <w:tcW w:w="1587" w:type="dxa"/>
          </w:tcPr>
          <w:p w14:paraId="11189E59" w14:textId="77777777" w:rsidR="00C073B9" w:rsidRPr="0039524E" w:rsidRDefault="002077F5">
            <w:pPr>
              <w:spacing w:after="0"/>
              <w:jc w:val="center"/>
            </w:pPr>
            <w:r w:rsidRPr="0039524E">
              <w:t>Jah</w:t>
            </w:r>
          </w:p>
        </w:tc>
        <w:tc>
          <w:tcPr>
            <w:tcW w:w="7371" w:type="dxa"/>
          </w:tcPr>
          <w:p w14:paraId="787F6756" w14:textId="77777777" w:rsidR="00C073B9" w:rsidRPr="0039524E" w:rsidRDefault="002077F5">
            <w:pPr>
              <w:spacing w:after="0"/>
            </w:pPr>
            <w:proofErr w:type="spellStart"/>
            <w:r w:rsidRPr="0039524E">
              <w:t>VeeS</w:t>
            </w:r>
            <w:proofErr w:type="spellEnd"/>
            <w:r w:rsidRPr="0039524E">
              <w:t xml:space="preserve"> § 85⁵ lg 1; </w:t>
            </w:r>
            <w:proofErr w:type="spellStart"/>
            <w:r w:rsidRPr="0039524E">
              <w:t>eelnõu</w:t>
            </w:r>
            <w:proofErr w:type="spellEnd"/>
            <w:r w:rsidRPr="0039524E">
              <w:t xml:space="preserve"> § 1 p 7 (§ 85⁵ </w:t>
            </w:r>
            <w:proofErr w:type="spellStart"/>
            <w:r w:rsidRPr="0039524E">
              <w:t>pealkiri</w:t>
            </w:r>
            <w:proofErr w:type="spellEnd"/>
            <w:r w:rsidRPr="0039524E">
              <w:t>) ja p 8 (§ 85⁵ lg 3 ja 4).</w:t>
            </w:r>
          </w:p>
        </w:tc>
        <w:tc>
          <w:tcPr>
            <w:tcW w:w="3628" w:type="dxa"/>
          </w:tcPr>
          <w:p w14:paraId="4AAC587C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Kehtiv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õigus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sisaldab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üldnõuet</w:t>
            </w:r>
            <w:proofErr w:type="spellEnd"/>
            <w:r w:rsidRPr="0039524E">
              <w:t xml:space="preserve">, et </w:t>
            </w:r>
            <w:proofErr w:type="spellStart"/>
            <w:r w:rsidRPr="0039524E">
              <w:t>joogiveega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kokkupuutuvad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materjalid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ei</w:t>
            </w:r>
            <w:proofErr w:type="spellEnd"/>
            <w:r w:rsidRPr="0039524E">
              <w:t xml:space="preserve"> tohi </w:t>
            </w:r>
            <w:proofErr w:type="spellStart"/>
            <w:r w:rsidRPr="0039524E">
              <w:t>ohustada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inimese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tervist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halvendada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joogivee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kvaliteeti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Eelnõu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seob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üldnõude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selgemalt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artikli</w:t>
            </w:r>
            <w:proofErr w:type="spellEnd"/>
            <w:r w:rsidRPr="0039524E">
              <w:t xml:space="preserve"> 11 </w:t>
            </w:r>
            <w:proofErr w:type="spellStart"/>
            <w:r w:rsidRPr="0039524E">
              <w:t>kohase</w:t>
            </w:r>
            <w:proofErr w:type="spellEnd"/>
            <w:r w:rsidRPr="0039524E">
              <w:t xml:space="preserve"> EL </w:t>
            </w:r>
            <w:proofErr w:type="spellStart"/>
            <w:r w:rsidRPr="0039524E">
              <w:t>süsteemi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vastavushindamise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märgistusega</w:t>
            </w:r>
            <w:proofErr w:type="spellEnd"/>
            <w:r w:rsidRPr="0039524E">
              <w:t>.</w:t>
            </w:r>
          </w:p>
        </w:tc>
      </w:tr>
      <w:tr w:rsidR="00C073B9" w:rsidRPr="0039524E" w14:paraId="44E028FB" w14:textId="77777777">
        <w:trPr>
          <w:jc w:val="center"/>
        </w:trPr>
        <w:tc>
          <w:tcPr>
            <w:tcW w:w="2835" w:type="dxa"/>
          </w:tcPr>
          <w:p w14:paraId="26F49B9A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Artikkel</w:t>
            </w:r>
            <w:proofErr w:type="spellEnd"/>
            <w:r w:rsidRPr="0039524E">
              <w:t xml:space="preserve"> 11 lg 2</w:t>
            </w:r>
          </w:p>
        </w:tc>
        <w:tc>
          <w:tcPr>
            <w:tcW w:w="1587" w:type="dxa"/>
          </w:tcPr>
          <w:p w14:paraId="110238E4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Ei / </w:t>
            </w:r>
            <w:proofErr w:type="spellStart"/>
            <w:r w:rsidRPr="0039524E">
              <w:t>riigisisene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rakenduskorraldus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vajalik</w:t>
            </w:r>
            <w:proofErr w:type="spellEnd"/>
          </w:p>
        </w:tc>
        <w:tc>
          <w:tcPr>
            <w:tcW w:w="7371" w:type="dxa"/>
          </w:tcPr>
          <w:p w14:paraId="1D4D436B" w14:textId="1216B9DF" w:rsidR="00C073B9" w:rsidRPr="0039524E" w:rsidRDefault="002077F5">
            <w:pPr>
              <w:spacing w:after="0"/>
            </w:pPr>
            <w:proofErr w:type="spellStart"/>
            <w:r w:rsidRPr="0039524E">
              <w:t>Komisjoni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rakendusotsused</w:t>
            </w:r>
            <w:proofErr w:type="spellEnd"/>
            <w:r w:rsidRPr="0039524E">
              <w:t xml:space="preserve"> (EL) 2024/365, 2024/367 ja 2024/368 </w:t>
            </w:r>
            <w:proofErr w:type="spellStart"/>
            <w:r w:rsidRPr="0039524E">
              <w:t>ning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komisjoni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delegeeritud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määrused</w:t>
            </w:r>
            <w:proofErr w:type="spellEnd"/>
            <w:r w:rsidRPr="0039524E">
              <w:t xml:space="preserve"> (EL) 2024/369, 2024/370 ja 2024/371 on </w:t>
            </w:r>
            <w:proofErr w:type="spellStart"/>
            <w:r w:rsidRPr="0039524E">
              <w:t>otsekohalduvad</w:t>
            </w:r>
            <w:proofErr w:type="spellEnd"/>
            <w:r w:rsidR="004A5ABC">
              <w:t>.</w:t>
            </w:r>
            <w:r w:rsidR="004A5ABC" w:rsidRPr="004A5ABC">
              <w:t xml:space="preserve"> </w:t>
            </w:r>
            <w:proofErr w:type="spellStart"/>
            <w:r w:rsidR="004A5ABC" w:rsidRPr="004A5ABC">
              <w:t>Eelnõu</w:t>
            </w:r>
            <w:proofErr w:type="spellEnd"/>
            <w:r w:rsidR="004A5ABC" w:rsidRPr="004A5ABC">
              <w:t xml:space="preserve"> § 1 </w:t>
            </w:r>
            <w:proofErr w:type="spellStart"/>
            <w:r w:rsidR="004A5ABC" w:rsidRPr="004A5ABC">
              <w:t>punktid</w:t>
            </w:r>
            <w:proofErr w:type="spellEnd"/>
            <w:r w:rsidR="004A5ABC" w:rsidRPr="004A5ABC">
              <w:t xml:space="preserve"> 2, 8, 12 ja 13 </w:t>
            </w:r>
            <w:proofErr w:type="spellStart"/>
            <w:r w:rsidR="004A5ABC" w:rsidRPr="004A5ABC">
              <w:t>loovad</w:t>
            </w:r>
            <w:proofErr w:type="spellEnd"/>
            <w:r w:rsidR="004A5ABC" w:rsidRPr="004A5ABC">
              <w:t xml:space="preserve"> </w:t>
            </w:r>
            <w:proofErr w:type="spellStart"/>
            <w:r w:rsidR="004A5ABC" w:rsidRPr="004A5ABC">
              <w:t>riigisisese</w:t>
            </w:r>
            <w:proofErr w:type="spellEnd"/>
            <w:r w:rsidR="004A5ABC" w:rsidRPr="004A5ABC">
              <w:t xml:space="preserve"> </w:t>
            </w:r>
            <w:proofErr w:type="spellStart"/>
            <w:r w:rsidR="004A5ABC" w:rsidRPr="004A5ABC">
              <w:t>seose</w:t>
            </w:r>
            <w:proofErr w:type="spellEnd"/>
            <w:r w:rsidR="004A5ABC" w:rsidRPr="004A5ABC">
              <w:t xml:space="preserve"> </w:t>
            </w:r>
            <w:proofErr w:type="spellStart"/>
            <w:r w:rsidR="004A5ABC" w:rsidRPr="004A5ABC">
              <w:t>ettevõtjate</w:t>
            </w:r>
            <w:proofErr w:type="spellEnd"/>
            <w:r w:rsidR="004A5ABC" w:rsidRPr="004A5ABC">
              <w:t xml:space="preserve"> </w:t>
            </w:r>
            <w:proofErr w:type="spellStart"/>
            <w:r w:rsidR="004A5ABC" w:rsidRPr="004A5ABC">
              <w:t>kohustuste</w:t>
            </w:r>
            <w:proofErr w:type="spellEnd"/>
            <w:r w:rsidR="004A5ABC" w:rsidRPr="004A5ABC">
              <w:t xml:space="preserve">, </w:t>
            </w:r>
            <w:proofErr w:type="spellStart"/>
            <w:r w:rsidR="004A5ABC" w:rsidRPr="004A5ABC">
              <w:t>vastavushindamise</w:t>
            </w:r>
            <w:proofErr w:type="spellEnd"/>
            <w:r w:rsidR="004A5ABC" w:rsidRPr="004A5ABC">
              <w:t xml:space="preserve">, </w:t>
            </w:r>
            <w:proofErr w:type="spellStart"/>
            <w:r w:rsidR="004A5ABC" w:rsidRPr="004A5ABC">
              <w:t>märgistamise</w:t>
            </w:r>
            <w:proofErr w:type="spellEnd"/>
            <w:r w:rsidR="004A5ABC" w:rsidRPr="004A5ABC">
              <w:t xml:space="preserve"> </w:t>
            </w:r>
            <w:proofErr w:type="spellStart"/>
            <w:r w:rsidR="004A5ABC" w:rsidRPr="004A5ABC">
              <w:t>ning</w:t>
            </w:r>
            <w:proofErr w:type="spellEnd"/>
            <w:r w:rsidR="004A5ABC" w:rsidRPr="004A5ABC">
              <w:t xml:space="preserve"> </w:t>
            </w:r>
            <w:proofErr w:type="spellStart"/>
            <w:r w:rsidR="004A5ABC" w:rsidRPr="004A5ABC">
              <w:t>turujärelevalvega</w:t>
            </w:r>
            <w:proofErr w:type="spellEnd"/>
            <w:r w:rsidR="004A5ABC" w:rsidRPr="004A5ABC">
              <w:t>.</w:t>
            </w:r>
          </w:p>
        </w:tc>
        <w:tc>
          <w:tcPr>
            <w:tcW w:w="3628" w:type="dxa"/>
          </w:tcPr>
          <w:p w14:paraId="38202960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Lõige</w:t>
            </w:r>
            <w:proofErr w:type="spellEnd"/>
            <w:r w:rsidRPr="0039524E">
              <w:t xml:space="preserve"> 2 </w:t>
            </w:r>
            <w:proofErr w:type="spellStart"/>
            <w:r w:rsidRPr="0039524E">
              <w:t>volitab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komisjoni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kehtestama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spetsiifilised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minimaalsed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hügieeninõuded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sellega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seotud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tehnilised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aktid</w:t>
            </w:r>
            <w:proofErr w:type="spellEnd"/>
            <w:r w:rsidRPr="0039524E">
              <w:t xml:space="preserve">. Neid </w:t>
            </w:r>
            <w:proofErr w:type="spellStart"/>
            <w:r w:rsidRPr="0039524E">
              <w:t>akte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võeta</w:t>
            </w:r>
            <w:proofErr w:type="spellEnd"/>
            <w:r w:rsidRPr="0039524E">
              <w:t xml:space="preserve"> Eesti </w:t>
            </w:r>
            <w:proofErr w:type="spellStart"/>
            <w:r w:rsidRPr="0039524E">
              <w:t>õigusesse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ümber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kuid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nende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toimimiseks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tuleb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määrata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pädevused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järelevalve</w:t>
            </w:r>
            <w:proofErr w:type="spellEnd"/>
            <w:r w:rsidRPr="0039524E">
              <w:t>.</w:t>
            </w:r>
          </w:p>
        </w:tc>
      </w:tr>
      <w:tr w:rsidR="00C073B9" w:rsidRPr="0039524E" w14:paraId="09BEE95A" w14:textId="77777777">
        <w:trPr>
          <w:jc w:val="center"/>
        </w:trPr>
        <w:tc>
          <w:tcPr>
            <w:tcW w:w="2835" w:type="dxa"/>
          </w:tcPr>
          <w:p w14:paraId="66910E9B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Artikkel</w:t>
            </w:r>
            <w:proofErr w:type="spellEnd"/>
            <w:r w:rsidRPr="0039524E">
              <w:t xml:space="preserve"> 11 lg 3-6</w:t>
            </w:r>
          </w:p>
        </w:tc>
        <w:tc>
          <w:tcPr>
            <w:tcW w:w="1587" w:type="dxa"/>
          </w:tcPr>
          <w:p w14:paraId="65EA3FF3" w14:textId="77777777" w:rsidR="00C073B9" w:rsidRPr="0039524E" w:rsidRDefault="002077F5">
            <w:pPr>
              <w:spacing w:after="0"/>
              <w:jc w:val="center"/>
            </w:pPr>
            <w:r w:rsidRPr="0039524E">
              <w:t>Ei</w:t>
            </w:r>
          </w:p>
        </w:tc>
        <w:tc>
          <w:tcPr>
            <w:tcW w:w="7371" w:type="dxa"/>
          </w:tcPr>
          <w:p w14:paraId="66A43FD7" w14:textId="77777777" w:rsidR="00C073B9" w:rsidRPr="0039524E" w:rsidRDefault="002077F5">
            <w:pPr>
              <w:spacing w:after="0"/>
            </w:pPr>
            <w:r w:rsidRPr="0039524E">
              <w:t xml:space="preserve">Ei </w:t>
            </w:r>
            <w:proofErr w:type="spellStart"/>
            <w:r w:rsidRPr="0039524E">
              <w:t>vaja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käesoleva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eelnõuga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eraldi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ülevõtmist</w:t>
            </w:r>
            <w:proofErr w:type="spellEnd"/>
            <w:r w:rsidRPr="0039524E">
              <w:t>.</w:t>
            </w:r>
          </w:p>
        </w:tc>
        <w:tc>
          <w:tcPr>
            <w:tcW w:w="3628" w:type="dxa"/>
          </w:tcPr>
          <w:p w14:paraId="463210E5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Sätted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puudutavad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eelkõige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Euroopa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Komisjoni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liidu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tasandi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menetlusi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ning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lähteainete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koostiste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koostisosade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loetellu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kandmise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süsteemi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Vajaduse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korral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kajastub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riigisisene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koostöö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rakenduspraktikas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või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juhendmaterjalides</w:t>
            </w:r>
            <w:proofErr w:type="spellEnd"/>
            <w:r w:rsidRPr="0039524E">
              <w:t>.</w:t>
            </w:r>
          </w:p>
        </w:tc>
      </w:tr>
      <w:tr w:rsidR="00C073B9" w:rsidRPr="0039524E" w14:paraId="7AF4F761" w14:textId="77777777">
        <w:trPr>
          <w:jc w:val="center"/>
        </w:trPr>
        <w:tc>
          <w:tcPr>
            <w:tcW w:w="2835" w:type="dxa"/>
          </w:tcPr>
          <w:p w14:paraId="7C0AD218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lastRenderedPageBreak/>
              <w:t>Artikkel</w:t>
            </w:r>
            <w:proofErr w:type="spellEnd"/>
            <w:r w:rsidRPr="0039524E">
              <w:t xml:space="preserve"> 11 lg 7 </w:t>
            </w:r>
            <w:proofErr w:type="spellStart"/>
            <w:r w:rsidRPr="0039524E">
              <w:t>esimene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lõik</w:t>
            </w:r>
            <w:proofErr w:type="spellEnd"/>
          </w:p>
        </w:tc>
        <w:tc>
          <w:tcPr>
            <w:tcW w:w="1587" w:type="dxa"/>
          </w:tcPr>
          <w:p w14:paraId="462AEFF5" w14:textId="77777777" w:rsidR="00C073B9" w:rsidRPr="0039524E" w:rsidRDefault="002077F5">
            <w:pPr>
              <w:spacing w:after="0"/>
              <w:jc w:val="center"/>
            </w:pPr>
            <w:r w:rsidRPr="0039524E">
              <w:t>Jah</w:t>
            </w:r>
          </w:p>
        </w:tc>
        <w:tc>
          <w:tcPr>
            <w:tcW w:w="7371" w:type="dxa"/>
          </w:tcPr>
          <w:p w14:paraId="784472FA" w14:textId="77777777" w:rsidR="00C073B9" w:rsidRPr="0039524E" w:rsidRDefault="002077F5">
            <w:pPr>
              <w:spacing w:after="0"/>
            </w:pPr>
            <w:proofErr w:type="spellStart"/>
            <w:r w:rsidRPr="0039524E">
              <w:t>Eelnõu</w:t>
            </w:r>
            <w:proofErr w:type="spellEnd"/>
            <w:r w:rsidRPr="0039524E">
              <w:t xml:space="preserve"> § 1 p 8 (§ 85⁵ lg 3 ja 4); </w:t>
            </w:r>
            <w:proofErr w:type="spellStart"/>
            <w:r w:rsidRPr="0039524E">
              <w:t>eelnõu</w:t>
            </w:r>
            <w:proofErr w:type="spellEnd"/>
            <w:r w:rsidRPr="0039524E">
              <w:t xml:space="preserve"> § 1 p 13 (§ 250 lg 8); TNVS.</w:t>
            </w:r>
          </w:p>
        </w:tc>
        <w:tc>
          <w:tcPr>
            <w:tcW w:w="3628" w:type="dxa"/>
          </w:tcPr>
          <w:p w14:paraId="74FBCD04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Sätte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eesmärk</w:t>
            </w:r>
            <w:proofErr w:type="spellEnd"/>
            <w:r w:rsidRPr="0039524E">
              <w:t xml:space="preserve"> on </w:t>
            </w:r>
            <w:proofErr w:type="spellStart"/>
            <w:r w:rsidRPr="0039524E">
              <w:t>tagada</w:t>
            </w:r>
            <w:proofErr w:type="spellEnd"/>
            <w:r w:rsidRPr="0039524E">
              <w:t xml:space="preserve">, et </w:t>
            </w:r>
            <w:proofErr w:type="spellStart"/>
            <w:r w:rsidRPr="0039524E">
              <w:t>artikli</w:t>
            </w:r>
            <w:proofErr w:type="spellEnd"/>
            <w:r w:rsidRPr="0039524E">
              <w:t xml:space="preserve"> 11 </w:t>
            </w:r>
            <w:proofErr w:type="spellStart"/>
            <w:r w:rsidRPr="0039524E">
              <w:t>lõike</w:t>
            </w:r>
            <w:proofErr w:type="spellEnd"/>
            <w:r w:rsidRPr="0039524E">
              <w:t xml:space="preserve"> 2 </w:t>
            </w:r>
            <w:proofErr w:type="spellStart"/>
            <w:r w:rsidRPr="0039524E">
              <w:t>kohaselt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heaks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kiidetud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tooteid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käsitatakse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artikli</w:t>
            </w:r>
            <w:proofErr w:type="spellEnd"/>
            <w:r w:rsidRPr="0039524E">
              <w:t xml:space="preserve"> 11 </w:t>
            </w:r>
            <w:proofErr w:type="spellStart"/>
            <w:r w:rsidRPr="0039524E">
              <w:t>lõike</w:t>
            </w:r>
            <w:proofErr w:type="spellEnd"/>
            <w:r w:rsidRPr="0039524E">
              <w:t xml:space="preserve"> 1 </w:t>
            </w:r>
            <w:proofErr w:type="spellStart"/>
            <w:r w:rsidRPr="0039524E">
              <w:t>hügieeninõuetele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vastavana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Eelnõu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muudab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selle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seose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riigisiseses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õiguses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selgemaks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annab</w:t>
            </w:r>
            <w:proofErr w:type="spellEnd"/>
            <w:r w:rsidRPr="0039524E">
              <w:t xml:space="preserve"> TTJA-le </w:t>
            </w:r>
            <w:proofErr w:type="spellStart"/>
            <w:r w:rsidRPr="0039524E">
              <w:t>turujärelevalve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pädevuse</w:t>
            </w:r>
            <w:proofErr w:type="spellEnd"/>
            <w:r w:rsidRPr="0039524E">
              <w:t>.</w:t>
            </w:r>
          </w:p>
        </w:tc>
      </w:tr>
      <w:tr w:rsidR="00C073B9" w:rsidRPr="0039524E" w14:paraId="1AA7A02A" w14:textId="77777777">
        <w:trPr>
          <w:jc w:val="center"/>
        </w:trPr>
        <w:tc>
          <w:tcPr>
            <w:tcW w:w="2835" w:type="dxa"/>
          </w:tcPr>
          <w:p w14:paraId="22C337DB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Artikkel</w:t>
            </w:r>
            <w:proofErr w:type="spellEnd"/>
            <w:r w:rsidRPr="0039524E">
              <w:t xml:space="preserve"> 11 lg 7 </w:t>
            </w:r>
            <w:proofErr w:type="spellStart"/>
            <w:r w:rsidRPr="0039524E">
              <w:t>teine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lõik</w:t>
            </w:r>
            <w:proofErr w:type="spellEnd"/>
          </w:p>
        </w:tc>
        <w:tc>
          <w:tcPr>
            <w:tcW w:w="1587" w:type="dxa"/>
          </w:tcPr>
          <w:p w14:paraId="36428A86" w14:textId="77777777" w:rsidR="00C073B9" w:rsidRPr="0039524E" w:rsidRDefault="002077F5">
            <w:pPr>
              <w:spacing w:after="0"/>
              <w:jc w:val="center"/>
            </w:pPr>
            <w:r w:rsidRPr="0039524E">
              <w:t>Jah</w:t>
            </w:r>
          </w:p>
        </w:tc>
        <w:tc>
          <w:tcPr>
            <w:tcW w:w="7371" w:type="dxa"/>
          </w:tcPr>
          <w:p w14:paraId="31C918D6" w14:textId="77777777" w:rsidR="00C073B9" w:rsidRPr="0039524E" w:rsidRDefault="002077F5">
            <w:pPr>
              <w:spacing w:after="0"/>
            </w:pPr>
            <w:proofErr w:type="spellStart"/>
            <w:r w:rsidRPr="0039524E">
              <w:t>Eelnõu</w:t>
            </w:r>
            <w:proofErr w:type="spellEnd"/>
            <w:r w:rsidRPr="0039524E">
              <w:t xml:space="preserve"> § 1 p 2 (§ 2 lg 3), § 1 p 8 (§ 85⁵ lg 3 ja 4), § 1 p 12 ja p 13 (§ 250 lg 1 ja 8); TNVS.</w:t>
            </w:r>
          </w:p>
        </w:tc>
        <w:tc>
          <w:tcPr>
            <w:tcW w:w="3628" w:type="dxa"/>
          </w:tcPr>
          <w:p w14:paraId="0ACAA1A3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Liikmesriik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peab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tagama</w:t>
            </w:r>
            <w:proofErr w:type="spellEnd"/>
            <w:r w:rsidRPr="0039524E">
              <w:t xml:space="preserve">, et </w:t>
            </w:r>
            <w:proofErr w:type="spellStart"/>
            <w:r w:rsidRPr="0039524E">
              <w:t>turule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lastakse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üksnes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sellised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joogiveega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kokkupuutuvad</w:t>
            </w:r>
            <w:proofErr w:type="spellEnd"/>
            <w:r w:rsidRPr="0039524E">
              <w:t xml:space="preserve"> tooted, </w:t>
            </w:r>
            <w:proofErr w:type="spellStart"/>
            <w:r w:rsidRPr="0039524E">
              <w:t>milles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kasutatakse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direktiivi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kohaselt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heaks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kiidetud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valmismaterjale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Eelnõu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seob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selle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kohustuse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toote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nõuetele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vastavuse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turujärelevalve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raamistikuga</w:t>
            </w:r>
            <w:proofErr w:type="spellEnd"/>
            <w:r w:rsidRPr="0039524E">
              <w:t>.</w:t>
            </w:r>
          </w:p>
        </w:tc>
      </w:tr>
      <w:tr w:rsidR="00C073B9" w:rsidRPr="0039524E" w14:paraId="16D38DC9" w14:textId="77777777">
        <w:trPr>
          <w:jc w:val="center"/>
        </w:trPr>
        <w:tc>
          <w:tcPr>
            <w:tcW w:w="2835" w:type="dxa"/>
          </w:tcPr>
          <w:p w14:paraId="2BB83CB5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Artikkel</w:t>
            </w:r>
            <w:proofErr w:type="spellEnd"/>
            <w:r w:rsidRPr="0039524E">
              <w:t xml:space="preserve"> 11 lg 8</w:t>
            </w:r>
          </w:p>
        </w:tc>
        <w:tc>
          <w:tcPr>
            <w:tcW w:w="1587" w:type="dxa"/>
          </w:tcPr>
          <w:p w14:paraId="55FDB03D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Ei / </w:t>
            </w:r>
            <w:proofErr w:type="spellStart"/>
            <w:r w:rsidRPr="0039524E">
              <w:t>rakendamine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otsekohalduva</w:t>
            </w:r>
            <w:proofErr w:type="spellEnd"/>
            <w:r w:rsidRPr="0039524E">
              <w:t xml:space="preserve"> EL </w:t>
            </w:r>
            <w:proofErr w:type="spellStart"/>
            <w:r w:rsidRPr="0039524E">
              <w:t>õiguse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kaudu</w:t>
            </w:r>
            <w:proofErr w:type="spellEnd"/>
          </w:p>
        </w:tc>
        <w:tc>
          <w:tcPr>
            <w:tcW w:w="7371" w:type="dxa"/>
          </w:tcPr>
          <w:p w14:paraId="005EEEC1" w14:textId="25866200" w:rsidR="00C073B9" w:rsidRPr="0039524E" w:rsidRDefault="00944A3D">
            <w:pPr>
              <w:spacing w:after="0"/>
            </w:pPr>
            <w:proofErr w:type="spellStart"/>
            <w:r w:rsidRPr="00944A3D">
              <w:t>Komisjoni</w:t>
            </w:r>
            <w:proofErr w:type="spellEnd"/>
            <w:r w:rsidRPr="00944A3D">
              <w:t xml:space="preserve"> </w:t>
            </w:r>
            <w:proofErr w:type="spellStart"/>
            <w:r w:rsidRPr="00944A3D">
              <w:t>delegeeritud</w:t>
            </w:r>
            <w:proofErr w:type="spellEnd"/>
            <w:r w:rsidRPr="00944A3D">
              <w:t xml:space="preserve"> </w:t>
            </w:r>
            <w:proofErr w:type="spellStart"/>
            <w:r w:rsidRPr="00944A3D">
              <w:t>määrus</w:t>
            </w:r>
            <w:proofErr w:type="spellEnd"/>
            <w:r w:rsidRPr="00944A3D">
              <w:t xml:space="preserve"> (EL) 2024/370; </w:t>
            </w:r>
            <w:proofErr w:type="spellStart"/>
            <w:r w:rsidRPr="00944A3D">
              <w:t>eelnõu</w:t>
            </w:r>
            <w:proofErr w:type="spellEnd"/>
            <w:r w:rsidRPr="00944A3D">
              <w:t xml:space="preserve"> § 1 </w:t>
            </w:r>
            <w:proofErr w:type="spellStart"/>
            <w:r w:rsidRPr="00944A3D">
              <w:t>punktid</w:t>
            </w:r>
            <w:proofErr w:type="spellEnd"/>
            <w:r w:rsidRPr="00944A3D">
              <w:t xml:space="preserve"> 2 ja 8 (</w:t>
            </w:r>
            <w:proofErr w:type="spellStart"/>
            <w:r w:rsidRPr="00944A3D">
              <w:t>VeeS</w:t>
            </w:r>
            <w:proofErr w:type="spellEnd"/>
            <w:r w:rsidRPr="00944A3D">
              <w:t xml:space="preserve"> § 2 lg 3 ja § 85⁵ lg 4); TNVS §-d 27–30 ja 34.</w:t>
            </w:r>
          </w:p>
        </w:tc>
        <w:tc>
          <w:tcPr>
            <w:tcW w:w="3628" w:type="dxa"/>
          </w:tcPr>
          <w:p w14:paraId="54FA0661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Lõige</w:t>
            </w:r>
            <w:proofErr w:type="spellEnd"/>
            <w:r w:rsidRPr="0039524E">
              <w:t xml:space="preserve"> 8 on </w:t>
            </w:r>
            <w:proofErr w:type="spellStart"/>
            <w:r w:rsidRPr="0039524E">
              <w:t>aluseks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vastavushindamismenetlustele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Riigisiseselt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tuleb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tagada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vastavushindamise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raamistik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teavitava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asutuse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funktsiooni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õiguslik</w:t>
            </w:r>
            <w:proofErr w:type="spellEnd"/>
            <w:r w:rsidRPr="0039524E">
              <w:t xml:space="preserve"> alus.</w:t>
            </w:r>
          </w:p>
        </w:tc>
      </w:tr>
      <w:tr w:rsidR="00C073B9" w:rsidRPr="0039524E" w14:paraId="1469FB7D" w14:textId="77777777">
        <w:trPr>
          <w:jc w:val="center"/>
        </w:trPr>
        <w:tc>
          <w:tcPr>
            <w:tcW w:w="2835" w:type="dxa"/>
          </w:tcPr>
          <w:p w14:paraId="4CF31203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Artikkel</w:t>
            </w:r>
            <w:proofErr w:type="spellEnd"/>
            <w:r w:rsidRPr="0039524E">
              <w:t xml:space="preserve"> 11 lg 9</w:t>
            </w:r>
          </w:p>
        </w:tc>
        <w:tc>
          <w:tcPr>
            <w:tcW w:w="1587" w:type="dxa"/>
          </w:tcPr>
          <w:p w14:paraId="2406ED8F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Valikuline</w:t>
            </w:r>
            <w:proofErr w:type="spellEnd"/>
          </w:p>
        </w:tc>
        <w:tc>
          <w:tcPr>
            <w:tcW w:w="7371" w:type="dxa"/>
          </w:tcPr>
          <w:p w14:paraId="38D45314" w14:textId="77777777" w:rsidR="00C073B9" w:rsidRPr="0039524E" w:rsidRDefault="002077F5">
            <w:pPr>
              <w:spacing w:after="0"/>
            </w:pPr>
            <w:proofErr w:type="spellStart"/>
            <w:r w:rsidRPr="0039524E">
              <w:t>Käesoleva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eelnõuga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eraldi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riigisisest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regulatsiooni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kehtestata</w:t>
            </w:r>
            <w:proofErr w:type="spellEnd"/>
            <w:r w:rsidRPr="0039524E">
              <w:t>.</w:t>
            </w:r>
          </w:p>
        </w:tc>
        <w:tc>
          <w:tcPr>
            <w:tcW w:w="3628" w:type="dxa"/>
          </w:tcPr>
          <w:p w14:paraId="4483EEB9" w14:textId="77777777" w:rsidR="00C073B9" w:rsidRPr="0039524E" w:rsidRDefault="00C073B9">
            <w:pPr>
              <w:spacing w:after="0"/>
              <w:jc w:val="center"/>
            </w:pPr>
          </w:p>
        </w:tc>
      </w:tr>
      <w:tr w:rsidR="00C073B9" w:rsidRPr="0039524E" w14:paraId="2405D70D" w14:textId="77777777">
        <w:trPr>
          <w:jc w:val="center"/>
        </w:trPr>
        <w:tc>
          <w:tcPr>
            <w:tcW w:w="2835" w:type="dxa"/>
          </w:tcPr>
          <w:p w14:paraId="40E19A71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Artikkel</w:t>
            </w:r>
            <w:proofErr w:type="spellEnd"/>
            <w:r w:rsidRPr="0039524E">
              <w:t xml:space="preserve"> 11 lg 10-12</w:t>
            </w:r>
          </w:p>
        </w:tc>
        <w:tc>
          <w:tcPr>
            <w:tcW w:w="1587" w:type="dxa"/>
          </w:tcPr>
          <w:p w14:paraId="29EEA516" w14:textId="77777777" w:rsidR="00C073B9" w:rsidRPr="0039524E" w:rsidRDefault="002077F5">
            <w:pPr>
              <w:spacing w:after="0"/>
              <w:jc w:val="center"/>
            </w:pPr>
            <w:r w:rsidRPr="0039524E">
              <w:t>Ei</w:t>
            </w:r>
          </w:p>
        </w:tc>
        <w:tc>
          <w:tcPr>
            <w:tcW w:w="7371" w:type="dxa"/>
          </w:tcPr>
          <w:p w14:paraId="43401422" w14:textId="77777777" w:rsidR="00C073B9" w:rsidRPr="0039524E" w:rsidRDefault="002077F5">
            <w:pPr>
              <w:spacing w:after="0"/>
            </w:pPr>
            <w:r w:rsidRPr="0039524E">
              <w:t xml:space="preserve">Ei </w:t>
            </w:r>
            <w:proofErr w:type="spellStart"/>
            <w:r w:rsidRPr="0039524E">
              <w:t>vaja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käesoleva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eelnõuga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eraldi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ülevõtmist</w:t>
            </w:r>
            <w:proofErr w:type="spellEnd"/>
            <w:r w:rsidRPr="0039524E">
              <w:t>.</w:t>
            </w:r>
          </w:p>
        </w:tc>
        <w:tc>
          <w:tcPr>
            <w:tcW w:w="3628" w:type="dxa"/>
          </w:tcPr>
          <w:p w14:paraId="0C513FB6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Sätted</w:t>
            </w:r>
            <w:proofErr w:type="spellEnd"/>
            <w:r w:rsidRPr="0039524E">
              <w:t xml:space="preserve"> on </w:t>
            </w:r>
            <w:proofErr w:type="spellStart"/>
            <w:r w:rsidRPr="0039524E">
              <w:t>seotud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liidu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tasandi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menetluste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teabe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märgistuse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tehniliste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nõuetega</w:t>
            </w:r>
            <w:proofErr w:type="spellEnd"/>
            <w:r w:rsidRPr="0039524E">
              <w:t xml:space="preserve">; </w:t>
            </w:r>
            <w:proofErr w:type="spellStart"/>
            <w:r w:rsidRPr="0039524E">
              <w:t>nõuete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praktiline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kontroll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toimub</w:t>
            </w:r>
            <w:proofErr w:type="spellEnd"/>
            <w:r w:rsidRPr="0039524E">
              <w:t xml:space="preserve"> TTJA </w:t>
            </w:r>
            <w:proofErr w:type="spellStart"/>
            <w:r w:rsidRPr="0039524E">
              <w:t>turujärelevalve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pädevuse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kaudu</w:t>
            </w:r>
            <w:proofErr w:type="spellEnd"/>
            <w:r w:rsidRPr="0039524E">
              <w:t>.</w:t>
            </w:r>
          </w:p>
        </w:tc>
      </w:tr>
      <w:tr w:rsidR="00C073B9" w:rsidRPr="0039524E" w14:paraId="1E8976A6" w14:textId="77777777">
        <w:trPr>
          <w:jc w:val="center"/>
        </w:trPr>
        <w:tc>
          <w:tcPr>
            <w:tcW w:w="2835" w:type="dxa"/>
          </w:tcPr>
          <w:p w14:paraId="0F17CE77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Komisjoni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rakendusotsus</w:t>
            </w:r>
            <w:proofErr w:type="spellEnd"/>
            <w:r w:rsidRPr="0039524E">
              <w:t xml:space="preserve"> (EL) 2024/365</w:t>
            </w:r>
          </w:p>
        </w:tc>
        <w:tc>
          <w:tcPr>
            <w:tcW w:w="1587" w:type="dxa"/>
          </w:tcPr>
          <w:p w14:paraId="1F585C50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Ei / </w:t>
            </w:r>
            <w:proofErr w:type="spellStart"/>
            <w:r w:rsidRPr="0039524E">
              <w:t>otsekohalduv</w:t>
            </w:r>
            <w:proofErr w:type="spellEnd"/>
          </w:p>
        </w:tc>
        <w:tc>
          <w:tcPr>
            <w:tcW w:w="7371" w:type="dxa"/>
          </w:tcPr>
          <w:p w14:paraId="1BDA1B91" w14:textId="77777777" w:rsidR="00C073B9" w:rsidRPr="0039524E" w:rsidRDefault="002077F5">
            <w:pPr>
              <w:spacing w:after="0"/>
            </w:pPr>
            <w:proofErr w:type="spellStart"/>
            <w:r w:rsidRPr="0039524E">
              <w:t>Eelnõu</w:t>
            </w:r>
            <w:proofErr w:type="spellEnd"/>
            <w:r w:rsidRPr="0039524E">
              <w:t xml:space="preserve"> § 1 p 8 </w:t>
            </w:r>
            <w:proofErr w:type="spellStart"/>
            <w:r w:rsidRPr="0039524E">
              <w:t>viitab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direktiivi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artiklile</w:t>
            </w:r>
            <w:proofErr w:type="spellEnd"/>
            <w:r w:rsidRPr="0039524E">
              <w:t xml:space="preserve"> 11 ja </w:t>
            </w:r>
            <w:proofErr w:type="spellStart"/>
            <w:r w:rsidRPr="0039524E">
              <w:t>selle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alusel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vastu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võetud</w:t>
            </w:r>
            <w:proofErr w:type="spellEnd"/>
            <w:r w:rsidRPr="0039524E">
              <w:t xml:space="preserve"> EL </w:t>
            </w:r>
            <w:proofErr w:type="spellStart"/>
            <w:r w:rsidRPr="0039524E">
              <w:t>õigusaktidele</w:t>
            </w:r>
            <w:proofErr w:type="spellEnd"/>
            <w:r w:rsidRPr="0039524E">
              <w:t>.</w:t>
            </w:r>
          </w:p>
        </w:tc>
        <w:tc>
          <w:tcPr>
            <w:tcW w:w="3628" w:type="dxa"/>
          </w:tcPr>
          <w:p w14:paraId="19604D7D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Kehtestab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lähteainete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koostiste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koostisosade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katsetamise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heakskiitmise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meetodid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Euroopa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positiivsetesse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nimekirjadesse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lastRenderedPageBreak/>
              <w:t>kandmiseks</w:t>
            </w:r>
            <w:proofErr w:type="spellEnd"/>
            <w:r w:rsidRPr="0039524E">
              <w:t xml:space="preserve">. Eesti </w:t>
            </w:r>
            <w:proofErr w:type="spellStart"/>
            <w:r w:rsidRPr="0039524E">
              <w:t>õiguses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dubleerita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tehnilisi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meetodeid</w:t>
            </w:r>
            <w:proofErr w:type="spellEnd"/>
            <w:r w:rsidRPr="0039524E">
              <w:t>.</w:t>
            </w:r>
          </w:p>
        </w:tc>
      </w:tr>
      <w:tr w:rsidR="00C073B9" w:rsidRPr="0039524E" w14:paraId="00D752BB" w14:textId="77777777">
        <w:trPr>
          <w:jc w:val="center"/>
        </w:trPr>
        <w:tc>
          <w:tcPr>
            <w:tcW w:w="2835" w:type="dxa"/>
          </w:tcPr>
          <w:p w14:paraId="1A9987A9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lastRenderedPageBreak/>
              <w:t>Komisjoni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rakendusotsus</w:t>
            </w:r>
            <w:proofErr w:type="spellEnd"/>
            <w:r w:rsidRPr="0039524E">
              <w:t xml:space="preserve"> (EL) 2024/367</w:t>
            </w:r>
          </w:p>
        </w:tc>
        <w:tc>
          <w:tcPr>
            <w:tcW w:w="1587" w:type="dxa"/>
          </w:tcPr>
          <w:p w14:paraId="0EF63191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Ei / </w:t>
            </w:r>
            <w:proofErr w:type="spellStart"/>
            <w:r w:rsidRPr="0039524E">
              <w:t>otsekohalduv</w:t>
            </w:r>
            <w:proofErr w:type="spellEnd"/>
          </w:p>
        </w:tc>
        <w:tc>
          <w:tcPr>
            <w:tcW w:w="7371" w:type="dxa"/>
          </w:tcPr>
          <w:p w14:paraId="15D852FB" w14:textId="77777777" w:rsidR="00C073B9" w:rsidRPr="0039524E" w:rsidRDefault="002077F5">
            <w:pPr>
              <w:spacing w:after="0"/>
            </w:pPr>
            <w:proofErr w:type="spellStart"/>
            <w:r w:rsidRPr="0039524E">
              <w:t>Eelnõu</w:t>
            </w:r>
            <w:proofErr w:type="spellEnd"/>
            <w:r w:rsidRPr="0039524E">
              <w:t xml:space="preserve"> § 1 p 8; TTJA </w:t>
            </w:r>
            <w:proofErr w:type="spellStart"/>
            <w:r w:rsidRPr="0039524E">
              <w:t>turujärelevalve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eelnõu</w:t>
            </w:r>
            <w:proofErr w:type="spellEnd"/>
            <w:r w:rsidRPr="0039524E">
              <w:t xml:space="preserve"> § 1 p 13 </w:t>
            </w:r>
            <w:proofErr w:type="spellStart"/>
            <w:r w:rsidRPr="0039524E">
              <w:t>alusel</w:t>
            </w:r>
            <w:proofErr w:type="spellEnd"/>
            <w:r w:rsidRPr="0039524E">
              <w:t>.</w:t>
            </w:r>
          </w:p>
        </w:tc>
        <w:tc>
          <w:tcPr>
            <w:tcW w:w="3628" w:type="dxa"/>
          </w:tcPr>
          <w:p w14:paraId="26F42FB7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Kehtestab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Euroopa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positiivsed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nimekirjad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Tootjad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importijad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peavad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tagama</w:t>
            </w:r>
            <w:proofErr w:type="spellEnd"/>
            <w:r w:rsidRPr="0039524E">
              <w:t xml:space="preserve">, et </w:t>
            </w:r>
            <w:proofErr w:type="spellStart"/>
            <w:r w:rsidRPr="0039524E">
              <w:t>kasutatavad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lähteained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koostised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koostisosad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vastavad</w:t>
            </w:r>
            <w:proofErr w:type="spellEnd"/>
            <w:r w:rsidRPr="0039524E">
              <w:t xml:space="preserve"> EL </w:t>
            </w:r>
            <w:proofErr w:type="spellStart"/>
            <w:r w:rsidRPr="0039524E">
              <w:t>nõuetele</w:t>
            </w:r>
            <w:proofErr w:type="spellEnd"/>
            <w:r w:rsidRPr="0039524E">
              <w:t xml:space="preserve">; TTJA </w:t>
            </w:r>
            <w:proofErr w:type="spellStart"/>
            <w:r w:rsidRPr="0039524E">
              <w:t>kontrollib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dokumentatsiooni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tõendeid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oma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pädevuse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piires</w:t>
            </w:r>
            <w:proofErr w:type="spellEnd"/>
            <w:r w:rsidRPr="0039524E">
              <w:t>.</w:t>
            </w:r>
          </w:p>
        </w:tc>
      </w:tr>
      <w:tr w:rsidR="00C073B9" w:rsidRPr="0039524E" w14:paraId="56FC276C" w14:textId="77777777">
        <w:trPr>
          <w:jc w:val="center"/>
        </w:trPr>
        <w:tc>
          <w:tcPr>
            <w:tcW w:w="2835" w:type="dxa"/>
          </w:tcPr>
          <w:p w14:paraId="5F8D7BD7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Komisjoni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rakendusotsus</w:t>
            </w:r>
            <w:proofErr w:type="spellEnd"/>
            <w:r w:rsidRPr="0039524E">
              <w:t xml:space="preserve"> (EL) 2024/368</w:t>
            </w:r>
          </w:p>
        </w:tc>
        <w:tc>
          <w:tcPr>
            <w:tcW w:w="1587" w:type="dxa"/>
          </w:tcPr>
          <w:p w14:paraId="51D4D1E1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Ei / </w:t>
            </w:r>
            <w:proofErr w:type="spellStart"/>
            <w:r w:rsidRPr="0039524E">
              <w:t>otsekohalduv</w:t>
            </w:r>
            <w:proofErr w:type="spellEnd"/>
          </w:p>
        </w:tc>
        <w:tc>
          <w:tcPr>
            <w:tcW w:w="7371" w:type="dxa"/>
          </w:tcPr>
          <w:p w14:paraId="6C8483D2" w14:textId="77777777" w:rsidR="00C073B9" w:rsidRPr="0039524E" w:rsidRDefault="002077F5">
            <w:pPr>
              <w:spacing w:after="0"/>
            </w:pPr>
            <w:proofErr w:type="spellStart"/>
            <w:r w:rsidRPr="0039524E">
              <w:t>Eelnõu</w:t>
            </w:r>
            <w:proofErr w:type="spellEnd"/>
            <w:r w:rsidRPr="0039524E">
              <w:t xml:space="preserve"> § 1 p 8; TNVS; TTJA </w:t>
            </w:r>
            <w:proofErr w:type="spellStart"/>
            <w:r w:rsidRPr="0039524E">
              <w:t>turujärelevalve</w:t>
            </w:r>
            <w:proofErr w:type="spellEnd"/>
            <w:r w:rsidRPr="0039524E">
              <w:t>.</w:t>
            </w:r>
          </w:p>
        </w:tc>
        <w:tc>
          <w:tcPr>
            <w:tcW w:w="3628" w:type="dxa"/>
          </w:tcPr>
          <w:p w14:paraId="32C1FC63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Kehtestab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valmismaterjalide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katsetamise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heakskiitmise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korra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ning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meetodid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Rakendamine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eeldab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järelevalveasutuse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teadlikkust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juhendmaterjale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selle</w:t>
            </w:r>
            <w:proofErr w:type="spellEnd"/>
            <w:r w:rsidRPr="0039524E">
              <w:t xml:space="preserve"> kohta, </w:t>
            </w:r>
            <w:proofErr w:type="spellStart"/>
            <w:r w:rsidRPr="0039524E">
              <w:t>milliseid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dokumente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tõendeid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kontrollida</w:t>
            </w:r>
            <w:proofErr w:type="spellEnd"/>
            <w:r w:rsidRPr="0039524E">
              <w:t>.</w:t>
            </w:r>
          </w:p>
        </w:tc>
      </w:tr>
      <w:tr w:rsidR="00C073B9" w:rsidRPr="0039524E" w14:paraId="2827842A" w14:textId="77777777">
        <w:trPr>
          <w:jc w:val="center"/>
        </w:trPr>
        <w:tc>
          <w:tcPr>
            <w:tcW w:w="2835" w:type="dxa"/>
          </w:tcPr>
          <w:p w14:paraId="228142B0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Komisjoni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delegeeritud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määrus</w:t>
            </w:r>
            <w:proofErr w:type="spellEnd"/>
            <w:r w:rsidRPr="0039524E">
              <w:t xml:space="preserve"> (EL) 2024/369</w:t>
            </w:r>
          </w:p>
        </w:tc>
        <w:tc>
          <w:tcPr>
            <w:tcW w:w="1587" w:type="dxa"/>
          </w:tcPr>
          <w:p w14:paraId="53E8155B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Ei / </w:t>
            </w:r>
            <w:proofErr w:type="spellStart"/>
            <w:r w:rsidRPr="0039524E">
              <w:t>otsekohalduv</w:t>
            </w:r>
            <w:proofErr w:type="spellEnd"/>
          </w:p>
        </w:tc>
        <w:tc>
          <w:tcPr>
            <w:tcW w:w="7371" w:type="dxa"/>
          </w:tcPr>
          <w:p w14:paraId="09881F7A" w14:textId="77777777" w:rsidR="00C073B9" w:rsidRPr="0039524E" w:rsidRDefault="002077F5">
            <w:pPr>
              <w:spacing w:after="0"/>
            </w:pPr>
            <w:proofErr w:type="spellStart"/>
            <w:r w:rsidRPr="0039524E">
              <w:t>Vajaduse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korral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asutustevaheline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koostöö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juhendmaterjalid</w:t>
            </w:r>
            <w:proofErr w:type="spellEnd"/>
            <w:r w:rsidRPr="0039524E">
              <w:t xml:space="preserve">; </w:t>
            </w:r>
            <w:proofErr w:type="spellStart"/>
            <w:r w:rsidRPr="0039524E">
              <w:t>käesoleva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eelnõuga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eraldi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tehnilist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regulatsiooni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kehtestata</w:t>
            </w:r>
            <w:proofErr w:type="spellEnd"/>
            <w:r w:rsidRPr="0039524E">
              <w:t>.</w:t>
            </w:r>
          </w:p>
        </w:tc>
        <w:tc>
          <w:tcPr>
            <w:tcW w:w="3628" w:type="dxa"/>
          </w:tcPr>
          <w:p w14:paraId="462C2F83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Reguleerib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Euroopa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positiivsetesse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nimekirjadesse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kandmise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neist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väljajätmise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menetlust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Mõju</w:t>
            </w:r>
            <w:proofErr w:type="spellEnd"/>
            <w:r w:rsidRPr="0039524E">
              <w:t xml:space="preserve"> Eesti </w:t>
            </w:r>
            <w:proofErr w:type="spellStart"/>
            <w:r w:rsidRPr="0039524E">
              <w:t>õigusele</w:t>
            </w:r>
            <w:proofErr w:type="spellEnd"/>
            <w:r w:rsidRPr="0039524E">
              <w:t xml:space="preserve"> on </w:t>
            </w:r>
            <w:proofErr w:type="spellStart"/>
            <w:r w:rsidRPr="0039524E">
              <w:t>peamiselt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koostöö</w:t>
            </w:r>
            <w:proofErr w:type="spellEnd"/>
            <w:r w:rsidRPr="0039524E">
              <w:t xml:space="preserve">- ja </w:t>
            </w:r>
            <w:proofErr w:type="spellStart"/>
            <w:r w:rsidRPr="0039524E">
              <w:t>teabevahetuskorralduslik</w:t>
            </w:r>
            <w:proofErr w:type="spellEnd"/>
            <w:r w:rsidRPr="0039524E">
              <w:t>.</w:t>
            </w:r>
          </w:p>
        </w:tc>
      </w:tr>
      <w:tr w:rsidR="00C073B9" w:rsidRPr="0039524E" w14:paraId="14A0AA88" w14:textId="77777777">
        <w:trPr>
          <w:jc w:val="center"/>
        </w:trPr>
        <w:tc>
          <w:tcPr>
            <w:tcW w:w="2835" w:type="dxa"/>
          </w:tcPr>
          <w:p w14:paraId="0F06155B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Komisjoni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delegeeritud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määrus</w:t>
            </w:r>
            <w:proofErr w:type="spellEnd"/>
            <w:r w:rsidRPr="0039524E">
              <w:t xml:space="preserve"> (EL) 2024/370</w:t>
            </w:r>
          </w:p>
        </w:tc>
        <w:tc>
          <w:tcPr>
            <w:tcW w:w="1587" w:type="dxa"/>
          </w:tcPr>
          <w:p w14:paraId="776DEC38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Ei / </w:t>
            </w:r>
            <w:proofErr w:type="spellStart"/>
            <w:r w:rsidRPr="0039524E">
              <w:t>otsekohalduv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riigisisene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pädevus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vajalik</w:t>
            </w:r>
            <w:proofErr w:type="spellEnd"/>
          </w:p>
        </w:tc>
        <w:tc>
          <w:tcPr>
            <w:tcW w:w="7371" w:type="dxa"/>
          </w:tcPr>
          <w:p w14:paraId="4F0C07F8" w14:textId="77777777" w:rsidR="00C073B9" w:rsidRPr="0039524E" w:rsidRDefault="002077F5">
            <w:pPr>
              <w:spacing w:after="0"/>
            </w:pPr>
            <w:proofErr w:type="spellStart"/>
            <w:r w:rsidRPr="0039524E">
              <w:t>Eelnõu</w:t>
            </w:r>
            <w:proofErr w:type="spellEnd"/>
            <w:r w:rsidRPr="0039524E">
              <w:t xml:space="preserve"> § 1 p 2 ja p 8 (§ 85⁵ lg 4); TNVS §-d 27–30 ja 34; TTJA </w:t>
            </w:r>
            <w:proofErr w:type="spellStart"/>
            <w:r w:rsidRPr="0039524E">
              <w:t>kui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tegevusloa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andja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teavitav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asutus</w:t>
            </w:r>
            <w:proofErr w:type="spellEnd"/>
            <w:r w:rsidRPr="0039524E">
              <w:t>.</w:t>
            </w:r>
          </w:p>
        </w:tc>
        <w:tc>
          <w:tcPr>
            <w:tcW w:w="3628" w:type="dxa"/>
          </w:tcPr>
          <w:p w14:paraId="1B9A9707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Kehtestab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vastavushindamismenetlused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vastavushindamisasutuste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määramise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eeskirjad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Eestis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asutatud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vastavushindamisasutusele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annab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tegevusloa</w:t>
            </w:r>
            <w:proofErr w:type="spellEnd"/>
            <w:r w:rsidRPr="0039524E">
              <w:t xml:space="preserve"> TTJA TNVS § 30 lg 1¹ </w:t>
            </w:r>
            <w:proofErr w:type="spellStart"/>
            <w:r w:rsidRPr="0039524E">
              <w:t>alusel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ning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teavitab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Euroopa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Komisjoni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teisi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liikmesriike</w:t>
            </w:r>
            <w:proofErr w:type="spellEnd"/>
            <w:r w:rsidRPr="0039524E">
              <w:t xml:space="preserve"> TNVS § 34 </w:t>
            </w:r>
            <w:proofErr w:type="spellStart"/>
            <w:r w:rsidRPr="0039524E">
              <w:t>kohaselt</w:t>
            </w:r>
            <w:proofErr w:type="spellEnd"/>
            <w:r w:rsidRPr="0039524E">
              <w:t>.</w:t>
            </w:r>
          </w:p>
        </w:tc>
      </w:tr>
      <w:tr w:rsidR="00C073B9" w:rsidRPr="0039524E" w14:paraId="14F93E45" w14:textId="77777777">
        <w:trPr>
          <w:jc w:val="center"/>
        </w:trPr>
        <w:tc>
          <w:tcPr>
            <w:tcW w:w="2835" w:type="dxa"/>
          </w:tcPr>
          <w:p w14:paraId="72BAE5B7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Komisjoni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delegeeritud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määrus</w:t>
            </w:r>
            <w:proofErr w:type="spellEnd"/>
            <w:r w:rsidRPr="0039524E">
              <w:t xml:space="preserve"> (EL) 2024/371</w:t>
            </w:r>
          </w:p>
        </w:tc>
        <w:tc>
          <w:tcPr>
            <w:tcW w:w="1587" w:type="dxa"/>
          </w:tcPr>
          <w:p w14:paraId="070B942C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Ei / </w:t>
            </w:r>
            <w:proofErr w:type="spellStart"/>
            <w:r w:rsidRPr="0039524E">
              <w:t>otsekohalduv</w:t>
            </w:r>
            <w:proofErr w:type="spellEnd"/>
            <w:r w:rsidRPr="0039524E">
              <w:t xml:space="preserve">, </w:t>
            </w:r>
            <w:proofErr w:type="spellStart"/>
            <w:r w:rsidRPr="0039524E">
              <w:lastRenderedPageBreak/>
              <w:t>järelevalve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vajalik</w:t>
            </w:r>
            <w:proofErr w:type="spellEnd"/>
          </w:p>
        </w:tc>
        <w:tc>
          <w:tcPr>
            <w:tcW w:w="7371" w:type="dxa"/>
          </w:tcPr>
          <w:p w14:paraId="624004AB" w14:textId="77777777" w:rsidR="00C073B9" w:rsidRPr="0039524E" w:rsidRDefault="002077F5">
            <w:pPr>
              <w:spacing w:after="0"/>
            </w:pPr>
            <w:proofErr w:type="spellStart"/>
            <w:r w:rsidRPr="0039524E">
              <w:lastRenderedPageBreak/>
              <w:t>Eelnõu</w:t>
            </w:r>
            <w:proofErr w:type="spellEnd"/>
            <w:r w:rsidRPr="0039524E">
              <w:t xml:space="preserve"> § 1 p 8 (§ 85⁵ lg 3); </w:t>
            </w:r>
            <w:proofErr w:type="spellStart"/>
            <w:r w:rsidRPr="0039524E">
              <w:t>eelnõu</w:t>
            </w:r>
            <w:proofErr w:type="spellEnd"/>
            <w:r w:rsidRPr="0039524E">
              <w:t xml:space="preserve"> § 1 p 13 (§ 250 lg 8); TNVS.</w:t>
            </w:r>
          </w:p>
        </w:tc>
        <w:tc>
          <w:tcPr>
            <w:tcW w:w="3628" w:type="dxa"/>
          </w:tcPr>
          <w:p w14:paraId="4D000629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Kehtestab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joogiveega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kokkupuutuvate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toodete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ühtlustatud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märgistuse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spetsifikatsioonid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Eelnõu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määrab</w:t>
            </w:r>
            <w:proofErr w:type="spellEnd"/>
            <w:r w:rsidRPr="0039524E">
              <w:t xml:space="preserve"> </w:t>
            </w:r>
            <w:r w:rsidRPr="0039524E">
              <w:lastRenderedPageBreak/>
              <w:t xml:space="preserve">TTJA </w:t>
            </w:r>
            <w:proofErr w:type="spellStart"/>
            <w:r w:rsidRPr="0039524E">
              <w:t>märgistuse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nõuete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täitmise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järelevalve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tegijaks</w:t>
            </w:r>
            <w:proofErr w:type="spellEnd"/>
            <w:r w:rsidRPr="0039524E">
              <w:t>.</w:t>
            </w:r>
          </w:p>
        </w:tc>
      </w:tr>
      <w:tr w:rsidR="00C073B9" w:rsidRPr="0039524E" w14:paraId="16259729" w14:textId="77777777">
        <w:trPr>
          <w:jc w:val="center"/>
        </w:trPr>
        <w:tc>
          <w:tcPr>
            <w:tcW w:w="2835" w:type="dxa"/>
          </w:tcPr>
          <w:p w14:paraId="38D69BB5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lastRenderedPageBreak/>
              <w:t>Artikli</w:t>
            </w:r>
            <w:proofErr w:type="spellEnd"/>
            <w:r w:rsidRPr="0039524E">
              <w:t xml:space="preserve"> 11 </w:t>
            </w:r>
            <w:proofErr w:type="spellStart"/>
            <w:r w:rsidRPr="0039524E">
              <w:t>üleminekukord</w:t>
            </w:r>
            <w:proofErr w:type="spellEnd"/>
          </w:p>
        </w:tc>
        <w:tc>
          <w:tcPr>
            <w:tcW w:w="1587" w:type="dxa"/>
          </w:tcPr>
          <w:p w14:paraId="1C2042E7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Jah / </w:t>
            </w:r>
            <w:proofErr w:type="spellStart"/>
            <w:r w:rsidRPr="0039524E">
              <w:t>arvestada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rakendamisel</w:t>
            </w:r>
            <w:proofErr w:type="spellEnd"/>
          </w:p>
        </w:tc>
        <w:tc>
          <w:tcPr>
            <w:tcW w:w="7371" w:type="dxa"/>
          </w:tcPr>
          <w:p w14:paraId="1CB34AB9" w14:textId="77777777" w:rsidR="00C073B9" w:rsidRPr="0039524E" w:rsidRDefault="002077F5">
            <w:pPr>
              <w:spacing w:after="0"/>
            </w:pPr>
            <w:proofErr w:type="spellStart"/>
            <w:r w:rsidRPr="0039524E">
              <w:t>Eelnõu</w:t>
            </w:r>
            <w:proofErr w:type="spellEnd"/>
            <w:r w:rsidRPr="0039524E">
              <w:t xml:space="preserve"> § 1 p 14 (§ 284¹⁰). EL </w:t>
            </w:r>
            <w:proofErr w:type="spellStart"/>
            <w:r w:rsidRPr="0039524E">
              <w:t>üleminekukorraga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arvestatakse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otsekohalduva</w:t>
            </w:r>
            <w:proofErr w:type="spellEnd"/>
            <w:r w:rsidRPr="0039524E">
              <w:t xml:space="preserve"> EL </w:t>
            </w:r>
            <w:proofErr w:type="spellStart"/>
            <w:r w:rsidRPr="0039524E">
              <w:t>õiguse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juhendmaterjalide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alusel</w:t>
            </w:r>
            <w:proofErr w:type="spellEnd"/>
            <w:r w:rsidRPr="0039524E">
              <w:t>.</w:t>
            </w:r>
          </w:p>
        </w:tc>
        <w:tc>
          <w:tcPr>
            <w:tcW w:w="3628" w:type="dxa"/>
          </w:tcPr>
          <w:p w14:paraId="25465487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Euroopa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süsteem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kohaldub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üldjuhul</w:t>
            </w:r>
            <w:proofErr w:type="spellEnd"/>
            <w:r w:rsidRPr="0039524E">
              <w:t xml:space="preserve"> alates 31.12.2026. </w:t>
            </w:r>
            <w:proofErr w:type="spellStart"/>
            <w:r w:rsidRPr="0039524E">
              <w:t>Eelnõu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täpsustab</w:t>
            </w:r>
            <w:proofErr w:type="spellEnd"/>
            <w:r w:rsidRPr="0039524E">
              <w:t xml:space="preserve">, et </w:t>
            </w:r>
            <w:proofErr w:type="spellStart"/>
            <w:r w:rsidRPr="0039524E">
              <w:t>enne</w:t>
            </w:r>
            <w:proofErr w:type="spellEnd"/>
            <w:r w:rsidRPr="0039524E">
              <w:t xml:space="preserve"> 31.12.2026 </w:t>
            </w:r>
            <w:proofErr w:type="spellStart"/>
            <w:r w:rsidRPr="0039524E">
              <w:t>ehitatud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ehitises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kohaldatakse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VeeS</w:t>
            </w:r>
            <w:proofErr w:type="spellEnd"/>
            <w:r w:rsidRPr="0039524E">
              <w:t xml:space="preserve"> § 85⁵ lg 3 ja 4 </w:t>
            </w:r>
            <w:proofErr w:type="spellStart"/>
            <w:r w:rsidRPr="0039524E">
              <w:t>nõudeid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uue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joogiveega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kokkupuutuva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toote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kasutusele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võtmisest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arvates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sealhulgas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remondi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hoolduse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või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asendamise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korral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Eestis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ei</w:t>
            </w:r>
            <w:proofErr w:type="spellEnd"/>
            <w:r w:rsidRPr="0039524E">
              <w:t xml:space="preserve"> ole </w:t>
            </w:r>
            <w:proofErr w:type="spellStart"/>
            <w:r w:rsidRPr="0039524E">
              <w:t>teada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varasemat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riiklikku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joogivee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kontaktmaterjalide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heakskiidu</w:t>
            </w:r>
            <w:proofErr w:type="spellEnd"/>
            <w:r w:rsidRPr="0039524E">
              <w:t xml:space="preserve">- ja </w:t>
            </w:r>
            <w:proofErr w:type="spellStart"/>
            <w:r w:rsidRPr="0039524E">
              <w:t>sertifitseerimissüsteemi</w:t>
            </w:r>
            <w:proofErr w:type="spellEnd"/>
            <w:r w:rsidRPr="0039524E">
              <w:t>.</w:t>
            </w:r>
          </w:p>
        </w:tc>
      </w:tr>
      <w:tr w:rsidR="00C073B9" w:rsidRPr="0039524E" w14:paraId="44DC7362" w14:textId="77777777">
        <w:trPr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3B24CAC0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rPr>
                <w:b/>
              </w:rPr>
              <w:t>Direktiivi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rikkumismenetlusega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seotud</w:t>
            </w:r>
            <w:proofErr w:type="spellEnd"/>
            <w:r w:rsidRPr="0039524E">
              <w:rPr>
                <w:b/>
              </w:rPr>
              <w:t xml:space="preserve"> </w:t>
            </w:r>
            <w:proofErr w:type="spellStart"/>
            <w:r w:rsidRPr="0039524E">
              <w:rPr>
                <w:b/>
              </w:rPr>
              <w:t>punktid</w:t>
            </w:r>
            <w:proofErr w:type="spellEnd"/>
          </w:p>
        </w:tc>
        <w:tc>
          <w:tcPr>
            <w:tcW w:w="1587" w:type="dxa"/>
            <w:shd w:val="clear" w:color="auto" w:fill="D9D9D9"/>
            <w:vAlign w:val="center"/>
          </w:tcPr>
          <w:p w14:paraId="0D82ECD6" w14:textId="77777777" w:rsidR="00C073B9" w:rsidRPr="0039524E" w:rsidRDefault="00C073B9">
            <w:pPr>
              <w:spacing w:after="0"/>
              <w:jc w:val="center"/>
            </w:pPr>
          </w:p>
        </w:tc>
        <w:tc>
          <w:tcPr>
            <w:tcW w:w="7371" w:type="dxa"/>
            <w:shd w:val="clear" w:color="auto" w:fill="D9D9D9"/>
            <w:vAlign w:val="center"/>
          </w:tcPr>
          <w:p w14:paraId="72C49359" w14:textId="77777777" w:rsidR="00C073B9" w:rsidRPr="0039524E" w:rsidRDefault="00C073B9">
            <w:pPr>
              <w:spacing w:after="0"/>
              <w:jc w:val="center"/>
            </w:pPr>
          </w:p>
        </w:tc>
        <w:tc>
          <w:tcPr>
            <w:tcW w:w="3628" w:type="dxa"/>
            <w:shd w:val="clear" w:color="auto" w:fill="D9D9D9"/>
            <w:vAlign w:val="center"/>
          </w:tcPr>
          <w:p w14:paraId="7A55B3B7" w14:textId="77777777" w:rsidR="00C073B9" w:rsidRPr="0039524E" w:rsidRDefault="00C073B9">
            <w:pPr>
              <w:spacing w:after="0"/>
              <w:jc w:val="center"/>
            </w:pPr>
          </w:p>
        </w:tc>
      </w:tr>
      <w:tr w:rsidR="00C073B9" w:rsidRPr="0039524E" w14:paraId="77615DC2" w14:textId="77777777">
        <w:trPr>
          <w:jc w:val="center"/>
        </w:trPr>
        <w:tc>
          <w:tcPr>
            <w:tcW w:w="2835" w:type="dxa"/>
          </w:tcPr>
          <w:p w14:paraId="584352D6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Artikkel</w:t>
            </w:r>
            <w:proofErr w:type="spellEnd"/>
            <w:r w:rsidRPr="0039524E">
              <w:t xml:space="preserve"> 2 p 4</w:t>
            </w:r>
            <w:r w:rsidRPr="0039524E">
              <w:br/>
            </w:r>
            <w:proofErr w:type="spellStart"/>
            <w:r w:rsidRPr="0039524E">
              <w:t>prioriteetsed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tarbimiskohad</w:t>
            </w:r>
            <w:proofErr w:type="spellEnd"/>
          </w:p>
        </w:tc>
        <w:tc>
          <w:tcPr>
            <w:tcW w:w="1587" w:type="dxa"/>
          </w:tcPr>
          <w:p w14:paraId="29CDCC96" w14:textId="77777777" w:rsidR="00C073B9" w:rsidRPr="0039524E" w:rsidRDefault="002077F5">
            <w:pPr>
              <w:spacing w:after="0"/>
              <w:jc w:val="center"/>
            </w:pPr>
            <w:r w:rsidRPr="0039524E">
              <w:t>Jah</w:t>
            </w:r>
          </w:p>
        </w:tc>
        <w:tc>
          <w:tcPr>
            <w:tcW w:w="7371" w:type="dxa"/>
          </w:tcPr>
          <w:p w14:paraId="572E5F19" w14:textId="77777777" w:rsidR="00C073B9" w:rsidRPr="0039524E" w:rsidRDefault="002077F5">
            <w:pPr>
              <w:spacing w:after="0"/>
            </w:pPr>
            <w:proofErr w:type="spellStart"/>
            <w:r w:rsidRPr="0039524E">
              <w:t>Eelnõu</w:t>
            </w:r>
            <w:proofErr w:type="spellEnd"/>
            <w:r w:rsidRPr="0039524E">
              <w:t xml:space="preserve"> § 1 p 5 (§ 85⁴ lg 4) ja p 6 (§ 85⁴ lg 4¹).</w:t>
            </w:r>
          </w:p>
        </w:tc>
        <w:tc>
          <w:tcPr>
            <w:tcW w:w="3628" w:type="dxa"/>
          </w:tcPr>
          <w:p w14:paraId="29031C4C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Eesti </w:t>
            </w:r>
            <w:proofErr w:type="spellStart"/>
            <w:r w:rsidRPr="0039524E">
              <w:t>nõustus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etteheitega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Mõistet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täpsustatakse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nii</w:t>
            </w:r>
            <w:proofErr w:type="spellEnd"/>
            <w:r w:rsidRPr="0039524E">
              <w:t xml:space="preserve">, et see </w:t>
            </w:r>
            <w:proofErr w:type="spellStart"/>
            <w:r w:rsidRPr="0039524E">
              <w:t>hõlmab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suuri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üldsusele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avatud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või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ligipääsmatuid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valdusi</w:t>
            </w:r>
            <w:proofErr w:type="spellEnd"/>
            <w:r w:rsidRPr="0039524E">
              <w:t xml:space="preserve">, mis </w:t>
            </w:r>
            <w:proofErr w:type="spellStart"/>
            <w:r w:rsidRPr="0039524E">
              <w:t>ei</w:t>
            </w:r>
            <w:proofErr w:type="spellEnd"/>
            <w:r w:rsidRPr="0039524E">
              <w:t xml:space="preserve"> ole </w:t>
            </w:r>
            <w:proofErr w:type="spellStart"/>
            <w:r w:rsidRPr="0039524E">
              <w:t>kodumajapidamised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mille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paljud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kasutajad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võivad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kokku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puutuda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veega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seotud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riskidega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Terviseamet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määrab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riskianalüüsi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alusel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kindlaks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prioriteetsed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tarbimiskohad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avaldab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nimekirja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veebilehel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ning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teavitab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asjaomaseid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omanikke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seirenõuetest</w:t>
            </w:r>
            <w:proofErr w:type="spellEnd"/>
            <w:r w:rsidRPr="0039524E">
              <w:t>.</w:t>
            </w:r>
          </w:p>
        </w:tc>
      </w:tr>
      <w:tr w:rsidR="00C073B9" w:rsidRPr="0039524E" w14:paraId="21B34D5D" w14:textId="77777777">
        <w:trPr>
          <w:jc w:val="center"/>
        </w:trPr>
        <w:tc>
          <w:tcPr>
            <w:tcW w:w="2835" w:type="dxa"/>
          </w:tcPr>
          <w:p w14:paraId="6D56C69F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Artikkel</w:t>
            </w:r>
            <w:proofErr w:type="spellEnd"/>
            <w:r w:rsidRPr="0039524E">
              <w:t xml:space="preserve"> 7 lg 2</w:t>
            </w:r>
            <w:r w:rsidRPr="0039524E">
              <w:br/>
            </w:r>
            <w:proofErr w:type="spellStart"/>
            <w:r w:rsidRPr="0039524E">
              <w:t>veeohutuse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riskipõhine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käsitlus</w:t>
            </w:r>
            <w:proofErr w:type="spellEnd"/>
          </w:p>
        </w:tc>
        <w:tc>
          <w:tcPr>
            <w:tcW w:w="1587" w:type="dxa"/>
          </w:tcPr>
          <w:p w14:paraId="350EB860" w14:textId="77777777" w:rsidR="00C073B9" w:rsidRPr="0039524E" w:rsidRDefault="002077F5">
            <w:pPr>
              <w:spacing w:after="0"/>
              <w:jc w:val="center"/>
            </w:pPr>
            <w:r w:rsidRPr="0039524E">
              <w:t>Jah</w:t>
            </w:r>
          </w:p>
        </w:tc>
        <w:tc>
          <w:tcPr>
            <w:tcW w:w="7371" w:type="dxa"/>
          </w:tcPr>
          <w:p w14:paraId="10C40309" w14:textId="77777777" w:rsidR="00C073B9" w:rsidRPr="0039524E" w:rsidRDefault="002077F5">
            <w:pPr>
              <w:spacing w:after="0"/>
            </w:pPr>
            <w:proofErr w:type="spellStart"/>
            <w:r w:rsidRPr="0039524E">
              <w:t>Eelnõu</w:t>
            </w:r>
            <w:proofErr w:type="spellEnd"/>
            <w:r w:rsidRPr="0039524E">
              <w:t xml:space="preserve"> § 1 p 3 ja p 4 (§ 85¹ lg 4).</w:t>
            </w:r>
          </w:p>
        </w:tc>
        <w:tc>
          <w:tcPr>
            <w:tcW w:w="3628" w:type="dxa"/>
          </w:tcPr>
          <w:p w14:paraId="4AB520AC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Eesti </w:t>
            </w:r>
            <w:proofErr w:type="spellStart"/>
            <w:r w:rsidRPr="0039524E">
              <w:t>nõustus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etteheitega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Sõnastus</w:t>
            </w:r>
            <w:proofErr w:type="spellEnd"/>
            <w:r w:rsidRPr="0039524E">
              <w:t xml:space="preserve"> „</w:t>
            </w:r>
            <w:proofErr w:type="spellStart"/>
            <w:r w:rsidRPr="0039524E">
              <w:t>ei</w:t>
            </w:r>
            <w:proofErr w:type="spellEnd"/>
            <w:r w:rsidRPr="0039524E">
              <w:t xml:space="preserve"> pea </w:t>
            </w:r>
            <w:proofErr w:type="spellStart"/>
            <w:proofErr w:type="gramStart"/>
            <w:r w:rsidRPr="0039524E">
              <w:t>rakendama</w:t>
            </w:r>
            <w:proofErr w:type="spellEnd"/>
            <w:r w:rsidRPr="0039524E">
              <w:t xml:space="preserve">“ </w:t>
            </w:r>
            <w:proofErr w:type="spellStart"/>
            <w:r w:rsidRPr="0039524E">
              <w:t>asendatakse</w:t>
            </w:r>
            <w:proofErr w:type="spellEnd"/>
            <w:proofErr w:type="gramEnd"/>
            <w:r w:rsidRPr="0039524E">
              <w:t xml:space="preserve"> </w:t>
            </w:r>
            <w:proofErr w:type="spellStart"/>
            <w:r w:rsidRPr="0039524E">
              <w:t>sõnadega</w:t>
            </w:r>
            <w:proofErr w:type="spellEnd"/>
            <w:r w:rsidRPr="0039524E">
              <w:t xml:space="preserve"> „</w:t>
            </w:r>
            <w:proofErr w:type="spellStart"/>
            <w:r w:rsidRPr="0039524E">
              <w:t>võib</w:t>
            </w:r>
            <w:proofErr w:type="spellEnd"/>
            <w:r w:rsidRPr="0039524E">
              <w:t xml:space="preserve"> </w:t>
            </w:r>
            <w:proofErr w:type="spellStart"/>
            <w:proofErr w:type="gramStart"/>
            <w:r w:rsidRPr="0039524E">
              <w:t>kohandada</w:t>
            </w:r>
            <w:proofErr w:type="spellEnd"/>
            <w:r w:rsidRPr="0039524E">
              <w:t xml:space="preserve">“ </w:t>
            </w:r>
            <w:proofErr w:type="spellStart"/>
            <w:r w:rsidRPr="0039524E">
              <w:t>ning</w:t>
            </w:r>
            <w:proofErr w:type="spellEnd"/>
            <w:proofErr w:type="gramEnd"/>
            <w:r w:rsidRPr="0039524E">
              <w:t xml:space="preserve"> „</w:t>
            </w:r>
            <w:proofErr w:type="spellStart"/>
            <w:r w:rsidRPr="0039524E">
              <w:t>rakendamata</w:t>
            </w:r>
            <w:proofErr w:type="spellEnd"/>
            <w:r w:rsidRPr="0039524E">
              <w:t xml:space="preserve"> </w:t>
            </w:r>
            <w:proofErr w:type="spellStart"/>
            <w:proofErr w:type="gramStart"/>
            <w:r w:rsidRPr="0039524E">
              <w:t>jätmine</w:t>
            </w:r>
            <w:proofErr w:type="spellEnd"/>
            <w:r w:rsidRPr="0039524E">
              <w:t xml:space="preserve">“ </w:t>
            </w:r>
            <w:proofErr w:type="spellStart"/>
            <w:r w:rsidRPr="0039524E">
              <w:t>asendatakse</w:t>
            </w:r>
            <w:proofErr w:type="spellEnd"/>
            <w:proofErr w:type="gramEnd"/>
            <w:r w:rsidRPr="0039524E">
              <w:t xml:space="preserve"> </w:t>
            </w:r>
            <w:proofErr w:type="spellStart"/>
            <w:r w:rsidRPr="0039524E">
              <w:t>sõnaga</w:t>
            </w:r>
            <w:proofErr w:type="spellEnd"/>
            <w:r w:rsidRPr="0039524E">
              <w:t xml:space="preserve"> </w:t>
            </w:r>
            <w:r w:rsidRPr="0039524E">
              <w:lastRenderedPageBreak/>
              <w:t>„</w:t>
            </w:r>
            <w:proofErr w:type="spellStart"/>
            <w:proofErr w:type="gramStart"/>
            <w:r w:rsidRPr="0039524E">
              <w:t>kohandamine</w:t>
            </w:r>
            <w:proofErr w:type="spellEnd"/>
            <w:r w:rsidRPr="0039524E">
              <w:t>“</w:t>
            </w:r>
            <w:proofErr w:type="gramEnd"/>
            <w:r w:rsidRPr="0039524E">
              <w:t xml:space="preserve">, et </w:t>
            </w:r>
            <w:proofErr w:type="spellStart"/>
            <w:r w:rsidRPr="0039524E">
              <w:t>eristada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kohandamist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täielikust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kohaldamata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jätmisest</w:t>
            </w:r>
            <w:proofErr w:type="spellEnd"/>
            <w:r w:rsidRPr="0039524E">
              <w:t>.</w:t>
            </w:r>
          </w:p>
        </w:tc>
      </w:tr>
      <w:tr w:rsidR="00C073B9" w:rsidRPr="0039524E" w14:paraId="22BD5975" w14:textId="77777777">
        <w:trPr>
          <w:jc w:val="center"/>
        </w:trPr>
        <w:tc>
          <w:tcPr>
            <w:tcW w:w="2835" w:type="dxa"/>
          </w:tcPr>
          <w:p w14:paraId="76ABAB52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lastRenderedPageBreak/>
              <w:t>Artikkel</w:t>
            </w:r>
            <w:proofErr w:type="spellEnd"/>
            <w:r w:rsidRPr="0039524E">
              <w:t xml:space="preserve"> 8 lg 2 p </w:t>
            </w:r>
            <w:proofErr w:type="gramStart"/>
            <w:r w:rsidRPr="0039524E">
              <w:t>a</w:t>
            </w:r>
            <w:proofErr w:type="gramEnd"/>
            <w:r w:rsidRPr="0039524E">
              <w:t xml:space="preserve"> </w:t>
            </w:r>
            <w:proofErr w:type="spellStart"/>
            <w:r w:rsidRPr="0039524E">
              <w:t>alapunkt</w:t>
            </w:r>
            <w:proofErr w:type="spellEnd"/>
            <w:r w:rsidRPr="0039524E">
              <w:t xml:space="preserve"> iii</w:t>
            </w:r>
            <w:r w:rsidRPr="0039524E">
              <w:br/>
            </w:r>
            <w:proofErr w:type="spellStart"/>
            <w:r w:rsidRPr="0039524E">
              <w:t>veevõtukohtade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geograafilised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viited</w:t>
            </w:r>
            <w:proofErr w:type="spellEnd"/>
          </w:p>
        </w:tc>
        <w:tc>
          <w:tcPr>
            <w:tcW w:w="1587" w:type="dxa"/>
          </w:tcPr>
          <w:p w14:paraId="32D84E05" w14:textId="77777777" w:rsidR="00C073B9" w:rsidRPr="0039524E" w:rsidRDefault="002077F5">
            <w:pPr>
              <w:spacing w:after="0"/>
              <w:jc w:val="center"/>
            </w:pPr>
            <w:r w:rsidRPr="0039524E">
              <w:t>Jah</w:t>
            </w:r>
          </w:p>
        </w:tc>
        <w:tc>
          <w:tcPr>
            <w:tcW w:w="7371" w:type="dxa"/>
          </w:tcPr>
          <w:p w14:paraId="2F35D894" w14:textId="77777777" w:rsidR="00C073B9" w:rsidRPr="0039524E" w:rsidRDefault="002077F5">
            <w:pPr>
              <w:spacing w:after="0"/>
            </w:pPr>
            <w:proofErr w:type="spellStart"/>
            <w:r w:rsidRPr="0039524E">
              <w:t>Eelnõu</w:t>
            </w:r>
            <w:proofErr w:type="spellEnd"/>
            <w:r w:rsidRPr="0039524E">
              <w:t xml:space="preserve"> § 3 (RTHS § 29 lg 3¹ ja 3²); </w:t>
            </w:r>
            <w:proofErr w:type="spellStart"/>
            <w:r w:rsidRPr="0039524E">
              <w:t>VeeS</w:t>
            </w:r>
            <w:proofErr w:type="spellEnd"/>
            <w:r w:rsidRPr="0039524E">
              <w:t xml:space="preserve"> § 85² lg 2 </w:t>
            </w:r>
            <w:proofErr w:type="spellStart"/>
            <w:r w:rsidRPr="0039524E">
              <w:t>alusel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tehtav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joogiveehaarde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valgala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toiteala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riskihindamine</w:t>
            </w:r>
            <w:proofErr w:type="spellEnd"/>
            <w:r w:rsidRPr="0039524E">
              <w:t>.</w:t>
            </w:r>
          </w:p>
        </w:tc>
        <w:tc>
          <w:tcPr>
            <w:tcW w:w="3628" w:type="dxa"/>
          </w:tcPr>
          <w:p w14:paraId="3FC27989" w14:textId="0AF8E1A9" w:rsidR="00C073B9" w:rsidRPr="0039524E" w:rsidRDefault="002077F5">
            <w:pPr>
              <w:spacing w:after="0"/>
              <w:jc w:val="center"/>
            </w:pPr>
            <w:r w:rsidRPr="0039524E">
              <w:t xml:space="preserve">Eesti </w:t>
            </w:r>
            <w:proofErr w:type="spellStart"/>
            <w:r w:rsidRPr="0039524E">
              <w:t>nõustus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etteheitega</w:t>
            </w:r>
            <w:proofErr w:type="spellEnd"/>
            <w:r w:rsidRPr="0039524E">
              <w:t xml:space="preserve">. RTHS § 29 </w:t>
            </w:r>
            <w:proofErr w:type="spellStart"/>
            <w:r w:rsidRPr="0039524E">
              <w:t>lõigetega</w:t>
            </w:r>
            <w:proofErr w:type="spellEnd"/>
            <w:r w:rsidRPr="0039524E">
              <w:t xml:space="preserve"> 3¹ ja 3² </w:t>
            </w:r>
            <w:proofErr w:type="spellStart"/>
            <w:r w:rsidRPr="0039524E">
              <w:t>kehtestatakse</w:t>
            </w:r>
            <w:proofErr w:type="spellEnd"/>
            <w:r w:rsidRPr="0039524E">
              <w:t xml:space="preserve"> vee </w:t>
            </w:r>
            <w:proofErr w:type="spellStart"/>
            <w:r w:rsidRPr="0039524E">
              <w:t>terviseohutuse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infosüsteemis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töödeldavatele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joogiveehaarde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valgala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toiteala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riskihindamise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geograafilise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asukoha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andmetele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tingimuslik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juurdepääsupiirang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kui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avalikuks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tulek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ohustaks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joogiveevarustuse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turvalisust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või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rahvastiku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tervist</w:t>
            </w:r>
            <w:proofErr w:type="spellEnd"/>
            <w:r w:rsidRPr="0039524E">
              <w:t xml:space="preserve">. </w:t>
            </w:r>
            <w:proofErr w:type="spellStart"/>
            <w:r w:rsidR="007048F0" w:rsidRPr="007048F0">
              <w:t>Piirang</w:t>
            </w:r>
            <w:proofErr w:type="spellEnd"/>
            <w:r w:rsidR="007048F0" w:rsidRPr="007048F0">
              <w:t xml:space="preserve"> </w:t>
            </w:r>
            <w:proofErr w:type="spellStart"/>
            <w:r w:rsidR="007048F0" w:rsidRPr="007048F0">
              <w:t>kehtib</w:t>
            </w:r>
            <w:proofErr w:type="spellEnd"/>
            <w:r w:rsidR="007048F0" w:rsidRPr="007048F0">
              <w:t xml:space="preserve">, kuni </w:t>
            </w:r>
            <w:proofErr w:type="spellStart"/>
            <w:r w:rsidR="007048F0" w:rsidRPr="007048F0">
              <w:t>veehaarde</w:t>
            </w:r>
            <w:proofErr w:type="spellEnd"/>
            <w:r w:rsidR="007048F0" w:rsidRPr="007048F0">
              <w:t xml:space="preserve"> </w:t>
            </w:r>
            <w:proofErr w:type="spellStart"/>
            <w:r w:rsidR="007048F0" w:rsidRPr="007048F0">
              <w:t>kasutamine</w:t>
            </w:r>
            <w:proofErr w:type="spellEnd"/>
            <w:r w:rsidR="007048F0" w:rsidRPr="007048F0">
              <w:t xml:space="preserve"> </w:t>
            </w:r>
            <w:proofErr w:type="spellStart"/>
            <w:r w:rsidR="007048F0" w:rsidRPr="007048F0">
              <w:t>joogivee</w:t>
            </w:r>
            <w:proofErr w:type="spellEnd"/>
            <w:r w:rsidR="007048F0" w:rsidRPr="007048F0">
              <w:t xml:space="preserve"> </w:t>
            </w:r>
            <w:proofErr w:type="spellStart"/>
            <w:r w:rsidR="007048F0" w:rsidRPr="007048F0">
              <w:t>võtmiseks</w:t>
            </w:r>
            <w:proofErr w:type="spellEnd"/>
            <w:r w:rsidR="007048F0" w:rsidRPr="007048F0">
              <w:t xml:space="preserve"> </w:t>
            </w:r>
            <w:proofErr w:type="spellStart"/>
            <w:r w:rsidR="007048F0" w:rsidRPr="007048F0">
              <w:t>või</w:t>
            </w:r>
            <w:proofErr w:type="spellEnd"/>
            <w:r w:rsidR="007048F0" w:rsidRPr="007048F0">
              <w:t xml:space="preserve"> </w:t>
            </w:r>
            <w:proofErr w:type="spellStart"/>
            <w:r w:rsidR="007048F0" w:rsidRPr="007048F0">
              <w:t>tootmiseks</w:t>
            </w:r>
            <w:proofErr w:type="spellEnd"/>
            <w:r w:rsidR="007048F0" w:rsidRPr="007048F0">
              <w:t xml:space="preserve"> </w:t>
            </w:r>
            <w:proofErr w:type="spellStart"/>
            <w:r w:rsidR="007048F0" w:rsidRPr="007048F0">
              <w:t>lõpetatakse</w:t>
            </w:r>
            <w:proofErr w:type="spellEnd"/>
            <w:r w:rsidR="007048F0" w:rsidRPr="007048F0">
              <w:t>.</w:t>
            </w:r>
          </w:p>
        </w:tc>
      </w:tr>
      <w:tr w:rsidR="00C073B9" w:rsidRPr="0039524E" w14:paraId="4B7B619D" w14:textId="77777777">
        <w:trPr>
          <w:jc w:val="center"/>
        </w:trPr>
        <w:tc>
          <w:tcPr>
            <w:tcW w:w="2835" w:type="dxa"/>
          </w:tcPr>
          <w:p w14:paraId="551DAB6E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II </w:t>
            </w:r>
            <w:proofErr w:type="spellStart"/>
            <w:r w:rsidRPr="0039524E">
              <w:t>lisa</w:t>
            </w:r>
            <w:proofErr w:type="spellEnd"/>
            <w:r w:rsidRPr="0039524E">
              <w:t xml:space="preserve"> A </w:t>
            </w:r>
            <w:proofErr w:type="spellStart"/>
            <w:r w:rsidRPr="0039524E">
              <w:t>osa</w:t>
            </w:r>
            <w:proofErr w:type="spellEnd"/>
            <w:r w:rsidRPr="0039524E">
              <w:t xml:space="preserve"> p 4</w:t>
            </w:r>
            <w:r w:rsidRPr="0039524E">
              <w:br/>
            </w:r>
            <w:proofErr w:type="spellStart"/>
            <w:r w:rsidRPr="0039524E">
              <w:t>seireprogrammide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pidev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läbivaatamine</w:t>
            </w:r>
            <w:proofErr w:type="spellEnd"/>
          </w:p>
        </w:tc>
        <w:tc>
          <w:tcPr>
            <w:tcW w:w="1587" w:type="dxa"/>
          </w:tcPr>
          <w:p w14:paraId="6E467133" w14:textId="77777777" w:rsidR="00C073B9" w:rsidRPr="0039524E" w:rsidRDefault="002077F5">
            <w:pPr>
              <w:spacing w:after="0"/>
              <w:jc w:val="center"/>
            </w:pPr>
            <w:r w:rsidRPr="0039524E">
              <w:t>Jah</w:t>
            </w:r>
          </w:p>
        </w:tc>
        <w:tc>
          <w:tcPr>
            <w:tcW w:w="7371" w:type="dxa"/>
          </w:tcPr>
          <w:p w14:paraId="1F71B45B" w14:textId="77777777" w:rsidR="00C073B9" w:rsidRPr="0039524E" w:rsidRDefault="002077F5">
            <w:pPr>
              <w:spacing w:after="0"/>
            </w:pPr>
            <w:proofErr w:type="spellStart"/>
            <w:r w:rsidRPr="0039524E">
              <w:t>Eelnõu</w:t>
            </w:r>
            <w:proofErr w:type="spellEnd"/>
            <w:r w:rsidRPr="0039524E">
              <w:t xml:space="preserve"> § 1 p 10 (§ 87 lg 5).</w:t>
            </w:r>
          </w:p>
        </w:tc>
        <w:tc>
          <w:tcPr>
            <w:tcW w:w="3628" w:type="dxa"/>
          </w:tcPr>
          <w:p w14:paraId="6820C03A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Eesti </w:t>
            </w:r>
            <w:proofErr w:type="spellStart"/>
            <w:r w:rsidRPr="0039524E">
              <w:t>nõustus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etteheitega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VeeS</w:t>
            </w:r>
            <w:proofErr w:type="spellEnd"/>
            <w:r w:rsidRPr="0039524E">
              <w:t xml:space="preserve"> § 87 lg 5 </w:t>
            </w:r>
            <w:proofErr w:type="spellStart"/>
            <w:r w:rsidRPr="0039524E">
              <w:t>täiendatakse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nii</w:t>
            </w:r>
            <w:proofErr w:type="spellEnd"/>
            <w:r w:rsidRPr="0039524E">
              <w:t xml:space="preserve">, et </w:t>
            </w:r>
            <w:proofErr w:type="spellStart"/>
            <w:r w:rsidRPr="0039524E">
              <w:t>joogivee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kontrolli</w:t>
            </w:r>
            <w:proofErr w:type="spellEnd"/>
            <w:r w:rsidRPr="0039524E">
              <w:t xml:space="preserve"> kava </w:t>
            </w:r>
            <w:proofErr w:type="spellStart"/>
            <w:r w:rsidRPr="0039524E">
              <w:t>vaadatakse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pidevalt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läbi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lähtudes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riskide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seiretulemuste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veevarustussüsteemi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olulistest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muutustest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ning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ajakohastatakse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vähemalt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iga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kuue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aasta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järel</w:t>
            </w:r>
            <w:proofErr w:type="spellEnd"/>
            <w:r w:rsidRPr="0039524E">
              <w:t>.</w:t>
            </w:r>
          </w:p>
        </w:tc>
      </w:tr>
      <w:tr w:rsidR="00C073B9" w:rsidRPr="0039524E" w14:paraId="0DEA9B5E" w14:textId="77777777">
        <w:trPr>
          <w:jc w:val="center"/>
        </w:trPr>
        <w:tc>
          <w:tcPr>
            <w:tcW w:w="2835" w:type="dxa"/>
          </w:tcPr>
          <w:p w14:paraId="575C9721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Artikkel</w:t>
            </w:r>
            <w:proofErr w:type="spellEnd"/>
            <w:r w:rsidRPr="0039524E">
              <w:t xml:space="preserve"> 11 lg 7 </w:t>
            </w:r>
            <w:proofErr w:type="spellStart"/>
            <w:r w:rsidRPr="0039524E">
              <w:t>esimene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lõik</w:t>
            </w:r>
            <w:proofErr w:type="spellEnd"/>
            <w:r w:rsidRPr="0039524E">
              <w:br/>
            </w:r>
            <w:proofErr w:type="spellStart"/>
            <w:r w:rsidRPr="0039524E">
              <w:t>heakskiidetud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toodete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käsitamine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nõuetele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vastavana</w:t>
            </w:r>
            <w:proofErr w:type="spellEnd"/>
          </w:p>
        </w:tc>
        <w:tc>
          <w:tcPr>
            <w:tcW w:w="1587" w:type="dxa"/>
          </w:tcPr>
          <w:p w14:paraId="161EB7B0" w14:textId="77777777" w:rsidR="00C073B9" w:rsidRPr="0039524E" w:rsidRDefault="002077F5">
            <w:pPr>
              <w:spacing w:after="0"/>
              <w:jc w:val="center"/>
            </w:pPr>
            <w:r w:rsidRPr="0039524E">
              <w:t>Jah</w:t>
            </w:r>
          </w:p>
        </w:tc>
        <w:tc>
          <w:tcPr>
            <w:tcW w:w="7371" w:type="dxa"/>
          </w:tcPr>
          <w:p w14:paraId="3379A797" w14:textId="77777777" w:rsidR="00C073B9" w:rsidRPr="0039524E" w:rsidRDefault="002077F5">
            <w:pPr>
              <w:spacing w:after="0"/>
            </w:pPr>
            <w:proofErr w:type="spellStart"/>
            <w:r w:rsidRPr="0039524E">
              <w:t>Eelnõu</w:t>
            </w:r>
            <w:proofErr w:type="spellEnd"/>
            <w:r w:rsidRPr="0039524E">
              <w:t xml:space="preserve"> § 1 p 2, p 8 ja p 13; TNVS.</w:t>
            </w:r>
          </w:p>
        </w:tc>
        <w:tc>
          <w:tcPr>
            <w:tcW w:w="3628" w:type="dxa"/>
          </w:tcPr>
          <w:p w14:paraId="5D1F1EBA" w14:textId="77777777" w:rsidR="00C073B9" w:rsidRPr="0039524E" w:rsidRDefault="002077F5">
            <w:pPr>
              <w:spacing w:after="0"/>
              <w:jc w:val="center"/>
            </w:pPr>
            <w:r w:rsidRPr="0039524E">
              <w:t xml:space="preserve">Eesti </w:t>
            </w:r>
            <w:proofErr w:type="spellStart"/>
            <w:r w:rsidRPr="0039524E">
              <w:t>ei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nõustunud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algses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seisukohas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etteheitega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kuid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käesoleva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eelnõuga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tehakse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riskimaandav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täpsustus</w:t>
            </w:r>
            <w:proofErr w:type="spellEnd"/>
            <w:r w:rsidRPr="0039524E">
              <w:t xml:space="preserve">. </w:t>
            </w:r>
            <w:proofErr w:type="spellStart"/>
            <w:r w:rsidRPr="0039524E">
              <w:t>Lahendus</w:t>
            </w:r>
            <w:proofErr w:type="spellEnd"/>
            <w:r w:rsidRPr="0039524E">
              <w:t xml:space="preserve"> on </w:t>
            </w:r>
            <w:proofErr w:type="spellStart"/>
            <w:r w:rsidRPr="0039524E">
              <w:t>käsitletud</w:t>
            </w:r>
            <w:proofErr w:type="spellEnd"/>
            <w:r w:rsidRPr="0039524E">
              <w:t xml:space="preserve"> ka </w:t>
            </w:r>
            <w:proofErr w:type="spellStart"/>
            <w:r w:rsidRPr="0039524E">
              <w:t>artikli</w:t>
            </w:r>
            <w:proofErr w:type="spellEnd"/>
            <w:r w:rsidRPr="0039524E">
              <w:t xml:space="preserve"> 11 </w:t>
            </w:r>
            <w:proofErr w:type="spellStart"/>
            <w:r w:rsidRPr="0039524E">
              <w:t>osas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eespool</w:t>
            </w:r>
            <w:proofErr w:type="spellEnd"/>
            <w:r w:rsidRPr="0039524E">
              <w:t>.</w:t>
            </w:r>
          </w:p>
        </w:tc>
      </w:tr>
      <w:tr w:rsidR="00C073B9" w14:paraId="37B4F228" w14:textId="77777777">
        <w:trPr>
          <w:jc w:val="center"/>
        </w:trPr>
        <w:tc>
          <w:tcPr>
            <w:tcW w:w="2835" w:type="dxa"/>
          </w:tcPr>
          <w:p w14:paraId="7C5717CC" w14:textId="77777777" w:rsidR="00C073B9" w:rsidRPr="0039524E" w:rsidRDefault="002077F5">
            <w:pPr>
              <w:spacing w:after="0"/>
              <w:jc w:val="center"/>
            </w:pPr>
            <w:proofErr w:type="spellStart"/>
            <w:r w:rsidRPr="0039524E">
              <w:t>Artikkel</w:t>
            </w:r>
            <w:proofErr w:type="spellEnd"/>
            <w:r w:rsidRPr="0039524E">
              <w:t xml:space="preserve"> 11 lg 7 </w:t>
            </w:r>
            <w:proofErr w:type="spellStart"/>
            <w:r w:rsidRPr="0039524E">
              <w:t>teine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lõik</w:t>
            </w:r>
            <w:proofErr w:type="spellEnd"/>
            <w:r w:rsidRPr="0039524E">
              <w:br/>
            </w:r>
            <w:proofErr w:type="spellStart"/>
            <w:r w:rsidRPr="0039524E">
              <w:t>heakskiidetud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valmismaterjalid</w:t>
            </w:r>
            <w:proofErr w:type="spellEnd"/>
          </w:p>
        </w:tc>
        <w:tc>
          <w:tcPr>
            <w:tcW w:w="1587" w:type="dxa"/>
          </w:tcPr>
          <w:p w14:paraId="3438E538" w14:textId="77777777" w:rsidR="00C073B9" w:rsidRPr="0039524E" w:rsidRDefault="002077F5">
            <w:pPr>
              <w:spacing w:after="0"/>
              <w:jc w:val="center"/>
            </w:pPr>
            <w:r w:rsidRPr="0039524E">
              <w:t>Jah</w:t>
            </w:r>
          </w:p>
        </w:tc>
        <w:tc>
          <w:tcPr>
            <w:tcW w:w="7371" w:type="dxa"/>
          </w:tcPr>
          <w:p w14:paraId="05BE75C8" w14:textId="77777777" w:rsidR="00C073B9" w:rsidRPr="0039524E" w:rsidRDefault="002077F5">
            <w:pPr>
              <w:spacing w:after="0"/>
            </w:pPr>
            <w:proofErr w:type="spellStart"/>
            <w:r w:rsidRPr="0039524E">
              <w:t>Eelnõu</w:t>
            </w:r>
            <w:proofErr w:type="spellEnd"/>
            <w:r w:rsidRPr="0039524E">
              <w:t xml:space="preserve"> § 1 p 2, p 8 ja p 13; TNVS.</w:t>
            </w:r>
          </w:p>
        </w:tc>
        <w:tc>
          <w:tcPr>
            <w:tcW w:w="3628" w:type="dxa"/>
          </w:tcPr>
          <w:p w14:paraId="76B9245D" w14:textId="77777777" w:rsidR="00C073B9" w:rsidRDefault="002077F5">
            <w:pPr>
              <w:spacing w:after="0"/>
              <w:jc w:val="center"/>
            </w:pPr>
            <w:r w:rsidRPr="0039524E">
              <w:t xml:space="preserve">Eesti </w:t>
            </w:r>
            <w:proofErr w:type="spellStart"/>
            <w:r w:rsidRPr="0039524E">
              <w:t>ei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nõustunud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algses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seisukohas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etteheitega</w:t>
            </w:r>
            <w:proofErr w:type="spellEnd"/>
            <w:r w:rsidRPr="0039524E">
              <w:t xml:space="preserve">, </w:t>
            </w:r>
            <w:proofErr w:type="spellStart"/>
            <w:r w:rsidRPr="0039524E">
              <w:t>kuid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käesoleva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eelnõuga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täpsustatakse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turule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laskmise</w:t>
            </w:r>
            <w:proofErr w:type="spellEnd"/>
            <w:r w:rsidRPr="0039524E">
              <w:t xml:space="preserve"> ja </w:t>
            </w:r>
            <w:proofErr w:type="spellStart"/>
            <w:r w:rsidRPr="0039524E">
              <w:t>turujärelevalve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õiguslik</w:t>
            </w:r>
            <w:proofErr w:type="spellEnd"/>
            <w:r w:rsidRPr="0039524E">
              <w:t xml:space="preserve"> alus. </w:t>
            </w:r>
            <w:proofErr w:type="spellStart"/>
            <w:r w:rsidRPr="0039524E">
              <w:lastRenderedPageBreak/>
              <w:t>Lahendus</w:t>
            </w:r>
            <w:proofErr w:type="spellEnd"/>
            <w:r w:rsidRPr="0039524E">
              <w:t xml:space="preserve"> on </w:t>
            </w:r>
            <w:proofErr w:type="spellStart"/>
            <w:r w:rsidRPr="0039524E">
              <w:t>käsitletud</w:t>
            </w:r>
            <w:proofErr w:type="spellEnd"/>
            <w:r w:rsidRPr="0039524E">
              <w:t xml:space="preserve"> ka </w:t>
            </w:r>
            <w:proofErr w:type="spellStart"/>
            <w:r w:rsidRPr="0039524E">
              <w:t>artikli</w:t>
            </w:r>
            <w:proofErr w:type="spellEnd"/>
            <w:r w:rsidRPr="0039524E">
              <w:t xml:space="preserve"> 11 </w:t>
            </w:r>
            <w:proofErr w:type="spellStart"/>
            <w:r w:rsidRPr="0039524E">
              <w:t>osas</w:t>
            </w:r>
            <w:proofErr w:type="spellEnd"/>
            <w:r w:rsidRPr="0039524E">
              <w:t xml:space="preserve"> </w:t>
            </w:r>
            <w:proofErr w:type="spellStart"/>
            <w:r w:rsidRPr="0039524E">
              <w:t>eespool</w:t>
            </w:r>
            <w:proofErr w:type="spellEnd"/>
            <w:r w:rsidRPr="0039524E">
              <w:t>.</w:t>
            </w:r>
          </w:p>
        </w:tc>
      </w:tr>
    </w:tbl>
    <w:p w14:paraId="63C4FA7C" w14:textId="77777777" w:rsidR="002077F5" w:rsidRDefault="002077F5"/>
    <w:sectPr w:rsidR="002077F5" w:rsidSect="00034616">
      <w:footerReference w:type="default" r:id="rId9"/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CDDE9" w14:textId="77777777" w:rsidR="00275EF3" w:rsidRDefault="00275EF3">
      <w:pPr>
        <w:spacing w:after="0" w:line="240" w:lineRule="auto"/>
      </w:pPr>
      <w:r>
        <w:separator/>
      </w:r>
    </w:p>
  </w:endnote>
  <w:endnote w:type="continuationSeparator" w:id="0">
    <w:p w14:paraId="26102622" w14:textId="77777777" w:rsidR="00275EF3" w:rsidRDefault="00275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0150B" w14:textId="6B75A0B8" w:rsidR="00C073B9" w:rsidRDefault="002077F5">
    <w:pPr>
      <w:pStyle w:val="Jalus"/>
      <w:jc w:val="center"/>
    </w:pPr>
    <w:r>
      <w:fldChar w:fldCharType="begin"/>
    </w:r>
    <w:r>
      <w:instrText>PAGE</w:instrText>
    </w:r>
    <w:r>
      <w:fldChar w:fldCharType="separate"/>
    </w:r>
    <w:r w:rsidR="006343C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7FC3A" w14:textId="77777777" w:rsidR="00275EF3" w:rsidRDefault="00275EF3">
      <w:pPr>
        <w:spacing w:after="0" w:line="240" w:lineRule="auto"/>
      </w:pPr>
      <w:r>
        <w:separator/>
      </w:r>
    </w:p>
  </w:footnote>
  <w:footnote w:type="continuationSeparator" w:id="0">
    <w:p w14:paraId="67E636C0" w14:textId="77777777" w:rsidR="00275EF3" w:rsidRDefault="00275E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0970972">
    <w:abstractNumId w:val="8"/>
  </w:num>
  <w:num w:numId="2" w16cid:durableId="1745254486">
    <w:abstractNumId w:val="6"/>
  </w:num>
  <w:num w:numId="3" w16cid:durableId="875433132">
    <w:abstractNumId w:val="5"/>
  </w:num>
  <w:num w:numId="4" w16cid:durableId="823279929">
    <w:abstractNumId w:val="4"/>
  </w:num>
  <w:num w:numId="5" w16cid:durableId="535772195">
    <w:abstractNumId w:val="7"/>
  </w:num>
  <w:num w:numId="6" w16cid:durableId="56317929">
    <w:abstractNumId w:val="3"/>
  </w:num>
  <w:num w:numId="7" w16cid:durableId="1675642822">
    <w:abstractNumId w:val="2"/>
  </w:num>
  <w:num w:numId="8" w16cid:durableId="506137289">
    <w:abstractNumId w:val="1"/>
  </w:num>
  <w:num w:numId="9" w16cid:durableId="918245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AEB"/>
    <w:rsid w:val="00034616"/>
    <w:rsid w:val="0006063C"/>
    <w:rsid w:val="000952B2"/>
    <w:rsid w:val="0015074B"/>
    <w:rsid w:val="00174B67"/>
    <w:rsid w:val="002077F5"/>
    <w:rsid w:val="00275EF3"/>
    <w:rsid w:val="0029639D"/>
    <w:rsid w:val="00326F90"/>
    <w:rsid w:val="0039524E"/>
    <w:rsid w:val="00492753"/>
    <w:rsid w:val="004A5ABC"/>
    <w:rsid w:val="0057443A"/>
    <w:rsid w:val="006343CE"/>
    <w:rsid w:val="007048F0"/>
    <w:rsid w:val="008939D2"/>
    <w:rsid w:val="008B5B37"/>
    <w:rsid w:val="00944A3D"/>
    <w:rsid w:val="009F3BD4"/>
    <w:rsid w:val="00AA1D8D"/>
    <w:rsid w:val="00B47730"/>
    <w:rsid w:val="00B55849"/>
    <w:rsid w:val="00BA4E5D"/>
    <w:rsid w:val="00BB4722"/>
    <w:rsid w:val="00C073B9"/>
    <w:rsid w:val="00CB0664"/>
    <w:rsid w:val="00D01E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0F6D3C4-A0C8-47B5-9BA7-45F4B7117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rPr>
      <w:rFonts w:ascii="Times New Roman" w:eastAsia="Times New Roman" w:hAnsi="Times New Roma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perlink">
    <w:name w:val="Hyperlink"/>
    <w:basedOn w:val="Liguvaikefont"/>
    <w:uiPriority w:val="99"/>
    <w:semiHidden/>
    <w:unhideWhenUsed/>
    <w:rsid w:val="00D01E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T/TXT/?uri=CELEX:32020L218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1135</Words>
  <Characters>7003</Characters>
  <Application>Microsoft Office Word</Application>
  <DocSecurity>0</DocSecurity>
  <Lines>291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Ramon Nahkur - SOM</cp:lastModifiedBy>
  <cp:revision>6</cp:revision>
  <dcterms:created xsi:type="dcterms:W3CDTF">2026-10-26T06:45:00Z</dcterms:created>
  <dcterms:modified xsi:type="dcterms:W3CDTF">2026-11-01T14:25:00Z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2026-10-01T09:46:11Z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1c01473e-43e1-45fe-af92-f159cfe0185d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